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504" w:rsidRPr="006717B7" w:rsidRDefault="00034504">
      <w:pPr>
        <w:spacing w:after="20"/>
        <w:jc w:val="center"/>
        <w:rPr>
          <w:lang w:val="es-ES"/>
        </w:rPr>
      </w:pPr>
      <w:r w:rsidRPr="006717B7">
        <w:rPr>
          <w:b/>
          <w:bCs/>
          <w:sz w:val="30"/>
          <w:szCs w:val="30"/>
          <w:lang w:val="es-ES"/>
        </w:rPr>
        <w:t>REGISTRO DE ASISTENCIA - CATEQUESIS</w:t>
      </w:r>
    </w:p>
    <w:p w:rsidR="00034504" w:rsidRPr="006717B7" w:rsidRDefault="00034504">
      <w:pPr>
        <w:spacing w:after="80"/>
        <w:jc w:val="center"/>
        <w:rPr>
          <w:lang w:val="es-ES"/>
        </w:rPr>
      </w:pPr>
      <w:r w:rsidRPr="006717B7">
        <w:rPr>
          <w:b/>
          <w:bCs/>
          <w:sz w:val="22"/>
          <w:szCs w:val="22"/>
          <w:lang w:val="es-ES"/>
        </w:rPr>
        <w:t>OCTUBRE   |   Año catequístico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92"/>
        <w:gridCol w:w="3122"/>
        <w:gridCol w:w="4710"/>
        <w:gridCol w:w="4698"/>
      </w:tblGrid>
      <w:tr w:rsidR="00034504" w:rsidRPr="002C5DD9" w:rsidTr="006717B7">
        <w:trPr>
          <w:trHeight w:val="197"/>
          <w:tblHeader/>
          <w:jc w:val="center"/>
        </w:trPr>
        <w:tc>
          <w:tcPr>
            <w:tcW w:w="3192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Encuentro</w:t>
            </w:r>
          </w:p>
        </w:tc>
        <w:tc>
          <w:tcPr>
            <w:tcW w:w="3122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Fecha</w:t>
            </w:r>
          </w:p>
        </w:tc>
        <w:tc>
          <w:tcPr>
            <w:tcW w:w="4710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Tema del encuentro</w:t>
            </w:r>
          </w:p>
        </w:tc>
        <w:tc>
          <w:tcPr>
            <w:tcW w:w="469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Actividad realizada</w:t>
            </w:r>
          </w:p>
        </w:tc>
      </w:tr>
      <w:tr w:rsidR="00034504" w:rsidRPr="002C5DD9" w:rsidTr="006717B7">
        <w:trPr>
          <w:trHeight w:val="326"/>
          <w:jc w:val="center"/>
        </w:trPr>
        <w:tc>
          <w:tcPr>
            <w:tcW w:w="3192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22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1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26"/>
          <w:jc w:val="center"/>
        </w:trPr>
        <w:tc>
          <w:tcPr>
            <w:tcW w:w="3192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22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1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26"/>
          <w:jc w:val="center"/>
        </w:trPr>
        <w:tc>
          <w:tcPr>
            <w:tcW w:w="3192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122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1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26"/>
          <w:jc w:val="center"/>
        </w:trPr>
        <w:tc>
          <w:tcPr>
            <w:tcW w:w="3192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122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1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034504" w:rsidRDefault="00034504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17"/>
        <w:gridCol w:w="2617"/>
        <w:gridCol w:w="2617"/>
        <w:gridCol w:w="2617"/>
        <w:gridCol w:w="2617"/>
        <w:gridCol w:w="2617"/>
      </w:tblGrid>
      <w:tr w:rsidR="00034504" w:rsidRPr="002C5DD9">
        <w:trPr>
          <w:tblHeader/>
          <w:jc w:val="center"/>
        </w:trPr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Nombre y apellidos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3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4</w:t>
            </w: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034504" w:rsidRPr="006717B7" w:rsidRDefault="00034504">
      <w:pPr>
        <w:spacing w:before="20" w:after="0"/>
        <w:rPr>
          <w:lang w:val="es-ES"/>
        </w:rPr>
      </w:pPr>
      <w:r w:rsidRPr="006717B7">
        <w:rPr>
          <w:i/>
          <w:iCs/>
          <w:sz w:val="14"/>
          <w:szCs w:val="14"/>
          <w:lang w:val="es-ES"/>
        </w:rPr>
        <w:t>Leyenda sugerida: P = Presente   |   A = Ausente   |   J = Ausencia justificada</w:t>
      </w:r>
    </w:p>
    <w:p w:rsidR="00034504" w:rsidRPr="006717B7" w:rsidRDefault="00034504">
      <w:pPr>
        <w:rPr>
          <w:lang w:val="es-ES"/>
        </w:rPr>
      </w:pPr>
      <w:r w:rsidRPr="006717B7">
        <w:rPr>
          <w:lang w:val="es-ES"/>
        </w:rPr>
        <w:br w:type="page"/>
      </w:r>
    </w:p>
    <w:p w:rsidR="00034504" w:rsidRPr="006717B7" w:rsidRDefault="00034504">
      <w:pPr>
        <w:spacing w:after="20"/>
        <w:jc w:val="center"/>
        <w:rPr>
          <w:lang w:val="es-ES"/>
        </w:rPr>
      </w:pPr>
      <w:r w:rsidRPr="006717B7">
        <w:rPr>
          <w:b/>
          <w:bCs/>
          <w:sz w:val="30"/>
          <w:szCs w:val="30"/>
          <w:lang w:val="es-ES"/>
        </w:rPr>
        <w:t>REGISTRO DE ASISTENCIA - CATEQUESIS</w:t>
      </w:r>
    </w:p>
    <w:p w:rsidR="00034504" w:rsidRPr="006717B7" w:rsidRDefault="00034504">
      <w:pPr>
        <w:spacing w:after="80"/>
        <w:jc w:val="center"/>
        <w:rPr>
          <w:lang w:val="es-ES"/>
        </w:rPr>
      </w:pPr>
      <w:r w:rsidRPr="006717B7">
        <w:rPr>
          <w:b/>
          <w:bCs/>
          <w:sz w:val="22"/>
          <w:szCs w:val="22"/>
          <w:lang w:val="es-ES"/>
        </w:rPr>
        <w:t>NOVIEMBRE   |   Año catequístico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8"/>
        <w:gridCol w:w="3118"/>
        <w:gridCol w:w="4705"/>
        <w:gridCol w:w="4693"/>
      </w:tblGrid>
      <w:tr w:rsidR="00034504" w:rsidRPr="002C5DD9" w:rsidTr="006717B7">
        <w:trPr>
          <w:trHeight w:val="186"/>
          <w:tblHeader/>
          <w:jc w:val="center"/>
        </w:trPr>
        <w:tc>
          <w:tcPr>
            <w:tcW w:w="318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Encuentro</w:t>
            </w:r>
          </w:p>
        </w:tc>
        <w:tc>
          <w:tcPr>
            <w:tcW w:w="311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Fecha</w:t>
            </w:r>
          </w:p>
        </w:tc>
        <w:tc>
          <w:tcPr>
            <w:tcW w:w="4705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Tema del encuentro</w:t>
            </w:r>
          </w:p>
        </w:tc>
        <w:tc>
          <w:tcPr>
            <w:tcW w:w="4693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Actividad realizada</w:t>
            </w: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034504" w:rsidRDefault="00034504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17"/>
        <w:gridCol w:w="2617"/>
        <w:gridCol w:w="2617"/>
        <w:gridCol w:w="2617"/>
        <w:gridCol w:w="2617"/>
        <w:gridCol w:w="2617"/>
      </w:tblGrid>
      <w:tr w:rsidR="00034504" w:rsidRPr="002C5DD9">
        <w:trPr>
          <w:tblHeader/>
          <w:jc w:val="center"/>
        </w:trPr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Nombre y apellidos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5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6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7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8</w:t>
            </w: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034504" w:rsidRPr="006717B7" w:rsidRDefault="00034504">
      <w:pPr>
        <w:spacing w:before="20" w:after="0"/>
        <w:rPr>
          <w:lang w:val="es-ES"/>
        </w:rPr>
      </w:pPr>
      <w:r w:rsidRPr="006717B7">
        <w:rPr>
          <w:i/>
          <w:iCs/>
          <w:sz w:val="14"/>
          <w:szCs w:val="14"/>
          <w:lang w:val="es-ES"/>
        </w:rPr>
        <w:t>Leyenda sugerida: P = Presente   |   A = Ausente   |   J = Ausencia justificada</w:t>
      </w:r>
    </w:p>
    <w:p w:rsidR="00034504" w:rsidRPr="006717B7" w:rsidRDefault="00034504">
      <w:pPr>
        <w:rPr>
          <w:lang w:val="es-ES"/>
        </w:rPr>
      </w:pPr>
      <w:r w:rsidRPr="006717B7">
        <w:rPr>
          <w:lang w:val="es-ES"/>
        </w:rPr>
        <w:br w:type="page"/>
      </w:r>
    </w:p>
    <w:p w:rsidR="00034504" w:rsidRPr="006717B7" w:rsidRDefault="00034504">
      <w:pPr>
        <w:spacing w:after="20"/>
        <w:jc w:val="center"/>
        <w:rPr>
          <w:lang w:val="es-ES"/>
        </w:rPr>
      </w:pPr>
      <w:r w:rsidRPr="006717B7">
        <w:rPr>
          <w:b/>
          <w:bCs/>
          <w:sz w:val="30"/>
          <w:szCs w:val="30"/>
          <w:lang w:val="es-ES"/>
        </w:rPr>
        <w:t>REGISTRO DE ASISTENCIA - CATEQUESIS</w:t>
      </w:r>
    </w:p>
    <w:p w:rsidR="00034504" w:rsidRPr="006717B7" w:rsidRDefault="00034504">
      <w:pPr>
        <w:spacing w:after="80"/>
        <w:jc w:val="center"/>
        <w:rPr>
          <w:lang w:val="es-ES"/>
        </w:rPr>
      </w:pPr>
      <w:r w:rsidRPr="006717B7">
        <w:rPr>
          <w:b/>
          <w:bCs/>
          <w:sz w:val="22"/>
          <w:szCs w:val="22"/>
          <w:lang w:val="es-ES"/>
        </w:rPr>
        <w:t>DICIEMBRE   |   Año catequístico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8"/>
        <w:gridCol w:w="3118"/>
        <w:gridCol w:w="4705"/>
        <w:gridCol w:w="4693"/>
      </w:tblGrid>
      <w:tr w:rsidR="00034504" w:rsidRPr="002C5DD9" w:rsidTr="006717B7">
        <w:trPr>
          <w:trHeight w:val="180"/>
          <w:tblHeader/>
          <w:jc w:val="center"/>
        </w:trPr>
        <w:tc>
          <w:tcPr>
            <w:tcW w:w="318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Encuentro</w:t>
            </w:r>
          </w:p>
        </w:tc>
        <w:tc>
          <w:tcPr>
            <w:tcW w:w="311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Fecha</w:t>
            </w:r>
          </w:p>
        </w:tc>
        <w:tc>
          <w:tcPr>
            <w:tcW w:w="4705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Tema del encuentro</w:t>
            </w:r>
          </w:p>
        </w:tc>
        <w:tc>
          <w:tcPr>
            <w:tcW w:w="4693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Actividad realizada</w:t>
            </w:r>
          </w:p>
        </w:tc>
      </w:tr>
      <w:tr w:rsidR="00034504" w:rsidRPr="002C5DD9" w:rsidTr="006717B7">
        <w:trPr>
          <w:trHeight w:val="300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0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0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034504" w:rsidRDefault="00034504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41"/>
        <w:gridCol w:w="3141"/>
        <w:gridCol w:w="3141"/>
        <w:gridCol w:w="3141"/>
        <w:gridCol w:w="3141"/>
      </w:tblGrid>
      <w:tr w:rsidR="00034504" w:rsidRPr="002C5DD9">
        <w:trPr>
          <w:tblHeader/>
          <w:jc w:val="center"/>
        </w:trPr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Nombre y apellidos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9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10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11</w:t>
            </w: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034504" w:rsidRPr="006717B7" w:rsidRDefault="00034504">
      <w:pPr>
        <w:spacing w:before="20" w:after="0"/>
        <w:rPr>
          <w:lang w:val="es-ES"/>
        </w:rPr>
      </w:pPr>
      <w:r w:rsidRPr="006717B7">
        <w:rPr>
          <w:i/>
          <w:iCs/>
          <w:sz w:val="14"/>
          <w:szCs w:val="14"/>
          <w:lang w:val="es-ES"/>
        </w:rPr>
        <w:t>Leyenda sugerida: P = Presente   |   A = Ausente   |   J = Ausencia justificada</w:t>
      </w:r>
    </w:p>
    <w:p w:rsidR="00034504" w:rsidRPr="006717B7" w:rsidRDefault="00034504">
      <w:pPr>
        <w:rPr>
          <w:lang w:val="es-ES"/>
        </w:rPr>
      </w:pPr>
      <w:r w:rsidRPr="006717B7">
        <w:rPr>
          <w:lang w:val="es-ES"/>
        </w:rPr>
        <w:br w:type="page"/>
      </w:r>
    </w:p>
    <w:p w:rsidR="00034504" w:rsidRPr="006717B7" w:rsidRDefault="00034504">
      <w:pPr>
        <w:spacing w:after="20"/>
        <w:jc w:val="center"/>
        <w:rPr>
          <w:lang w:val="es-ES"/>
        </w:rPr>
      </w:pPr>
      <w:r w:rsidRPr="006717B7">
        <w:rPr>
          <w:b/>
          <w:bCs/>
          <w:sz w:val="30"/>
          <w:szCs w:val="30"/>
          <w:lang w:val="es-ES"/>
        </w:rPr>
        <w:t>REGISTRO DE ASISTENCIA - CATEQUESIS</w:t>
      </w:r>
    </w:p>
    <w:p w:rsidR="00034504" w:rsidRPr="006717B7" w:rsidRDefault="00034504">
      <w:pPr>
        <w:spacing w:after="80"/>
        <w:jc w:val="center"/>
        <w:rPr>
          <w:lang w:val="es-ES"/>
        </w:rPr>
      </w:pPr>
      <w:r w:rsidRPr="006717B7">
        <w:rPr>
          <w:b/>
          <w:bCs/>
          <w:sz w:val="22"/>
          <w:szCs w:val="22"/>
          <w:lang w:val="es-ES"/>
        </w:rPr>
        <w:t>ENERO   |   Año catequístico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8"/>
        <w:gridCol w:w="3118"/>
        <w:gridCol w:w="4705"/>
        <w:gridCol w:w="4693"/>
      </w:tblGrid>
      <w:tr w:rsidR="00034504" w:rsidRPr="002C5DD9" w:rsidTr="006717B7">
        <w:trPr>
          <w:trHeight w:val="180"/>
          <w:tblHeader/>
          <w:jc w:val="center"/>
        </w:trPr>
        <w:tc>
          <w:tcPr>
            <w:tcW w:w="318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Encuentro</w:t>
            </w:r>
          </w:p>
        </w:tc>
        <w:tc>
          <w:tcPr>
            <w:tcW w:w="311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Fecha</w:t>
            </w:r>
          </w:p>
        </w:tc>
        <w:tc>
          <w:tcPr>
            <w:tcW w:w="4705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Tema del encuentro</w:t>
            </w:r>
          </w:p>
        </w:tc>
        <w:tc>
          <w:tcPr>
            <w:tcW w:w="4693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Actividad realizada</w:t>
            </w:r>
          </w:p>
        </w:tc>
      </w:tr>
      <w:tr w:rsidR="00034504" w:rsidRPr="002C5DD9" w:rsidTr="006717B7">
        <w:trPr>
          <w:trHeight w:val="300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0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0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034504" w:rsidRDefault="00034504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41"/>
        <w:gridCol w:w="3141"/>
        <w:gridCol w:w="3141"/>
        <w:gridCol w:w="3141"/>
        <w:gridCol w:w="3141"/>
      </w:tblGrid>
      <w:tr w:rsidR="00034504" w:rsidRPr="002C5DD9">
        <w:trPr>
          <w:tblHeader/>
          <w:jc w:val="center"/>
        </w:trPr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Nombre y apellidos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12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13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14</w:t>
            </w: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034504" w:rsidRPr="006717B7" w:rsidRDefault="00034504">
      <w:pPr>
        <w:spacing w:before="20" w:after="0"/>
        <w:rPr>
          <w:lang w:val="es-ES"/>
        </w:rPr>
      </w:pPr>
      <w:r w:rsidRPr="006717B7">
        <w:rPr>
          <w:i/>
          <w:iCs/>
          <w:sz w:val="14"/>
          <w:szCs w:val="14"/>
          <w:lang w:val="es-ES"/>
        </w:rPr>
        <w:t>Leyenda sugerida: P = Presente   |   A = Ausente   |   J = Ausencia justificada</w:t>
      </w:r>
    </w:p>
    <w:p w:rsidR="00034504" w:rsidRPr="006717B7" w:rsidRDefault="00034504">
      <w:pPr>
        <w:rPr>
          <w:lang w:val="es-ES"/>
        </w:rPr>
      </w:pPr>
      <w:r w:rsidRPr="006717B7">
        <w:rPr>
          <w:lang w:val="es-ES"/>
        </w:rPr>
        <w:br w:type="page"/>
      </w:r>
    </w:p>
    <w:p w:rsidR="00034504" w:rsidRPr="006717B7" w:rsidRDefault="00034504">
      <w:pPr>
        <w:spacing w:after="20"/>
        <w:jc w:val="center"/>
        <w:rPr>
          <w:lang w:val="es-ES"/>
        </w:rPr>
      </w:pPr>
      <w:r w:rsidRPr="006717B7">
        <w:rPr>
          <w:b/>
          <w:bCs/>
          <w:sz w:val="30"/>
          <w:szCs w:val="30"/>
          <w:lang w:val="es-ES"/>
        </w:rPr>
        <w:t>REGISTRO DE ASISTENCIA - CATEQUESIS</w:t>
      </w:r>
    </w:p>
    <w:p w:rsidR="00034504" w:rsidRPr="006717B7" w:rsidRDefault="00034504">
      <w:pPr>
        <w:spacing w:after="80"/>
        <w:jc w:val="center"/>
        <w:rPr>
          <w:lang w:val="es-ES"/>
        </w:rPr>
      </w:pPr>
      <w:r w:rsidRPr="006717B7">
        <w:rPr>
          <w:b/>
          <w:bCs/>
          <w:sz w:val="22"/>
          <w:szCs w:val="22"/>
          <w:lang w:val="es-ES"/>
        </w:rPr>
        <w:t>FEBRERO   |   Año catequístico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0"/>
        <w:gridCol w:w="3110"/>
        <w:gridCol w:w="4693"/>
        <w:gridCol w:w="4681"/>
      </w:tblGrid>
      <w:tr w:rsidR="00034504" w:rsidRPr="002C5DD9" w:rsidTr="006717B7">
        <w:trPr>
          <w:trHeight w:val="186"/>
          <w:tblHeader/>
          <w:jc w:val="center"/>
        </w:trPr>
        <w:tc>
          <w:tcPr>
            <w:tcW w:w="3180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Encuentro</w:t>
            </w:r>
          </w:p>
        </w:tc>
        <w:tc>
          <w:tcPr>
            <w:tcW w:w="3110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Fecha</w:t>
            </w:r>
          </w:p>
        </w:tc>
        <w:tc>
          <w:tcPr>
            <w:tcW w:w="4693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Tema del encuentro</w:t>
            </w:r>
          </w:p>
        </w:tc>
        <w:tc>
          <w:tcPr>
            <w:tcW w:w="4681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Actividad realizada</w:t>
            </w: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311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8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11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8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11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8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110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8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034504" w:rsidRDefault="00034504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17"/>
        <w:gridCol w:w="2617"/>
        <w:gridCol w:w="2617"/>
        <w:gridCol w:w="2617"/>
        <w:gridCol w:w="2617"/>
        <w:gridCol w:w="2617"/>
      </w:tblGrid>
      <w:tr w:rsidR="00034504" w:rsidRPr="002C5DD9">
        <w:trPr>
          <w:tblHeader/>
          <w:jc w:val="center"/>
        </w:trPr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Nombre y apellidos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15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16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17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18</w:t>
            </w: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034504" w:rsidRPr="006717B7" w:rsidRDefault="00034504">
      <w:pPr>
        <w:spacing w:before="20" w:after="0"/>
        <w:rPr>
          <w:lang w:val="es-ES"/>
        </w:rPr>
      </w:pPr>
      <w:r w:rsidRPr="006717B7">
        <w:rPr>
          <w:i/>
          <w:iCs/>
          <w:sz w:val="14"/>
          <w:szCs w:val="14"/>
          <w:lang w:val="es-ES"/>
        </w:rPr>
        <w:t>Leyenda sugerida: P = Presente   |   A = Ausente   |   J = Ausencia justificada</w:t>
      </w:r>
    </w:p>
    <w:p w:rsidR="00034504" w:rsidRPr="006717B7" w:rsidRDefault="00034504">
      <w:pPr>
        <w:rPr>
          <w:lang w:val="es-ES"/>
        </w:rPr>
      </w:pPr>
      <w:r w:rsidRPr="006717B7">
        <w:rPr>
          <w:lang w:val="es-ES"/>
        </w:rPr>
        <w:br w:type="page"/>
      </w:r>
    </w:p>
    <w:p w:rsidR="00034504" w:rsidRPr="006717B7" w:rsidRDefault="00034504">
      <w:pPr>
        <w:spacing w:after="20"/>
        <w:jc w:val="center"/>
        <w:rPr>
          <w:lang w:val="es-ES"/>
        </w:rPr>
      </w:pPr>
      <w:r w:rsidRPr="006717B7">
        <w:rPr>
          <w:b/>
          <w:bCs/>
          <w:sz w:val="30"/>
          <w:szCs w:val="30"/>
          <w:lang w:val="es-ES"/>
        </w:rPr>
        <w:t>REGISTRO DE ASISTENCIA - CATEQUESIS</w:t>
      </w:r>
    </w:p>
    <w:p w:rsidR="00034504" w:rsidRPr="006717B7" w:rsidRDefault="00034504">
      <w:pPr>
        <w:spacing w:after="80"/>
        <w:jc w:val="center"/>
        <w:rPr>
          <w:lang w:val="es-ES"/>
        </w:rPr>
      </w:pPr>
      <w:r w:rsidRPr="006717B7">
        <w:rPr>
          <w:lang w:val="es-ES"/>
        </w:rPr>
        <w:t>MARZO   |   Año catequístico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8"/>
        <w:gridCol w:w="3118"/>
        <w:gridCol w:w="4705"/>
        <w:gridCol w:w="4693"/>
      </w:tblGrid>
      <w:tr w:rsidR="00034504" w:rsidRPr="002C5DD9" w:rsidTr="006717B7">
        <w:trPr>
          <w:trHeight w:val="177"/>
          <w:tblHeader/>
          <w:jc w:val="center"/>
        </w:trPr>
        <w:tc>
          <w:tcPr>
            <w:tcW w:w="318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Encuentro</w:t>
            </w:r>
          </w:p>
        </w:tc>
        <w:tc>
          <w:tcPr>
            <w:tcW w:w="311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Fecha</w:t>
            </w:r>
          </w:p>
        </w:tc>
        <w:tc>
          <w:tcPr>
            <w:tcW w:w="4705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Tema del encuentro</w:t>
            </w:r>
          </w:p>
        </w:tc>
        <w:tc>
          <w:tcPr>
            <w:tcW w:w="4693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Actividad realizada</w:t>
            </w:r>
          </w:p>
        </w:tc>
      </w:tr>
      <w:tr w:rsidR="00034504" w:rsidRPr="002C5DD9" w:rsidTr="006717B7">
        <w:trPr>
          <w:trHeight w:val="317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17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17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034504" w:rsidRDefault="00034504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41"/>
        <w:gridCol w:w="3141"/>
        <w:gridCol w:w="3141"/>
        <w:gridCol w:w="3141"/>
        <w:gridCol w:w="3141"/>
      </w:tblGrid>
      <w:tr w:rsidR="00034504" w:rsidRPr="002C5DD9">
        <w:trPr>
          <w:tblHeader/>
          <w:jc w:val="center"/>
        </w:trPr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Nombre y apellidos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19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20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21</w:t>
            </w: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034504" w:rsidRPr="006717B7" w:rsidRDefault="00034504">
      <w:pPr>
        <w:spacing w:before="20" w:after="0"/>
        <w:rPr>
          <w:lang w:val="es-ES"/>
        </w:rPr>
      </w:pPr>
      <w:r w:rsidRPr="006717B7">
        <w:rPr>
          <w:i/>
          <w:iCs/>
          <w:sz w:val="14"/>
          <w:szCs w:val="14"/>
          <w:lang w:val="es-ES"/>
        </w:rPr>
        <w:t>Leyenda sugerida: P = Presente   |   A = Ausente   |   J = Ausencia justificada</w:t>
      </w:r>
    </w:p>
    <w:p w:rsidR="00034504" w:rsidRPr="006717B7" w:rsidRDefault="00034504">
      <w:pPr>
        <w:rPr>
          <w:lang w:val="es-ES"/>
        </w:rPr>
      </w:pPr>
      <w:r w:rsidRPr="006717B7">
        <w:rPr>
          <w:lang w:val="es-ES"/>
        </w:rPr>
        <w:br w:type="page"/>
      </w:r>
    </w:p>
    <w:p w:rsidR="00034504" w:rsidRPr="006717B7" w:rsidRDefault="00034504">
      <w:pPr>
        <w:spacing w:after="20"/>
        <w:jc w:val="center"/>
        <w:rPr>
          <w:lang w:val="es-ES"/>
        </w:rPr>
      </w:pPr>
      <w:r w:rsidRPr="006717B7">
        <w:rPr>
          <w:b/>
          <w:bCs/>
          <w:sz w:val="30"/>
          <w:szCs w:val="30"/>
          <w:lang w:val="es-ES"/>
        </w:rPr>
        <w:t>REGISTRO DE ASISTENCIA - CATEQUESIS</w:t>
      </w:r>
    </w:p>
    <w:p w:rsidR="00034504" w:rsidRPr="006717B7" w:rsidRDefault="00034504">
      <w:pPr>
        <w:spacing w:after="80"/>
        <w:jc w:val="center"/>
        <w:rPr>
          <w:lang w:val="es-ES"/>
        </w:rPr>
      </w:pPr>
      <w:r w:rsidRPr="006717B7">
        <w:rPr>
          <w:b/>
          <w:bCs/>
          <w:sz w:val="22"/>
          <w:szCs w:val="22"/>
          <w:lang w:val="es-ES"/>
        </w:rPr>
        <w:t>ABRIL   |   Año catequístico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8"/>
        <w:gridCol w:w="3118"/>
        <w:gridCol w:w="4705"/>
        <w:gridCol w:w="4693"/>
      </w:tblGrid>
      <w:tr w:rsidR="00034504" w:rsidRPr="002C5DD9" w:rsidTr="006717B7">
        <w:trPr>
          <w:trHeight w:val="186"/>
          <w:tblHeader/>
          <w:jc w:val="center"/>
        </w:trPr>
        <w:tc>
          <w:tcPr>
            <w:tcW w:w="318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Encuentro</w:t>
            </w:r>
          </w:p>
        </w:tc>
        <w:tc>
          <w:tcPr>
            <w:tcW w:w="311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Fecha</w:t>
            </w:r>
          </w:p>
        </w:tc>
        <w:tc>
          <w:tcPr>
            <w:tcW w:w="4705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Tema del encuentro</w:t>
            </w:r>
          </w:p>
        </w:tc>
        <w:tc>
          <w:tcPr>
            <w:tcW w:w="4693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Actividad realizada</w:t>
            </w: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034504" w:rsidRDefault="00034504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17"/>
        <w:gridCol w:w="2617"/>
        <w:gridCol w:w="2617"/>
        <w:gridCol w:w="2617"/>
        <w:gridCol w:w="2617"/>
        <w:gridCol w:w="2617"/>
      </w:tblGrid>
      <w:tr w:rsidR="00034504" w:rsidRPr="002C5DD9">
        <w:trPr>
          <w:tblHeader/>
          <w:jc w:val="center"/>
        </w:trPr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Nombre y apellidos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22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23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24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25</w:t>
            </w: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034504" w:rsidRPr="006717B7" w:rsidRDefault="00034504">
      <w:pPr>
        <w:spacing w:before="20" w:after="0"/>
        <w:rPr>
          <w:lang w:val="es-ES"/>
        </w:rPr>
      </w:pPr>
      <w:r w:rsidRPr="006717B7">
        <w:rPr>
          <w:i/>
          <w:iCs/>
          <w:sz w:val="14"/>
          <w:szCs w:val="14"/>
          <w:lang w:val="es-ES"/>
        </w:rPr>
        <w:t>Leyenda sugerida: P = Presente   |   A = Ausente   |   J = Ausencia justificada</w:t>
      </w:r>
    </w:p>
    <w:p w:rsidR="00034504" w:rsidRPr="006717B7" w:rsidRDefault="00034504">
      <w:pPr>
        <w:rPr>
          <w:lang w:val="es-ES"/>
        </w:rPr>
      </w:pPr>
      <w:r w:rsidRPr="006717B7">
        <w:rPr>
          <w:lang w:val="es-ES"/>
        </w:rPr>
        <w:br w:type="page"/>
      </w:r>
    </w:p>
    <w:p w:rsidR="00034504" w:rsidRPr="006717B7" w:rsidRDefault="00034504">
      <w:pPr>
        <w:spacing w:after="20"/>
        <w:jc w:val="center"/>
        <w:rPr>
          <w:lang w:val="es-ES"/>
        </w:rPr>
      </w:pPr>
      <w:r w:rsidRPr="006717B7">
        <w:rPr>
          <w:b/>
          <w:bCs/>
          <w:sz w:val="30"/>
          <w:szCs w:val="30"/>
          <w:lang w:val="es-ES"/>
        </w:rPr>
        <w:t>REGISTRO DE ASISTENCIA - CATEQUESIS</w:t>
      </w:r>
    </w:p>
    <w:p w:rsidR="00034504" w:rsidRPr="006717B7" w:rsidRDefault="00034504">
      <w:pPr>
        <w:spacing w:after="80"/>
        <w:jc w:val="center"/>
        <w:rPr>
          <w:lang w:val="es-ES"/>
        </w:rPr>
      </w:pPr>
      <w:r w:rsidRPr="006717B7">
        <w:rPr>
          <w:b/>
          <w:bCs/>
          <w:sz w:val="22"/>
          <w:szCs w:val="22"/>
          <w:lang w:val="es-ES"/>
        </w:rPr>
        <w:t>MAYO   |   Año catequístico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8"/>
        <w:gridCol w:w="3118"/>
        <w:gridCol w:w="4705"/>
        <w:gridCol w:w="4693"/>
      </w:tblGrid>
      <w:tr w:rsidR="00034504" w:rsidRPr="002C5DD9" w:rsidTr="006717B7">
        <w:trPr>
          <w:trHeight w:val="186"/>
          <w:tblHeader/>
          <w:jc w:val="center"/>
        </w:trPr>
        <w:tc>
          <w:tcPr>
            <w:tcW w:w="318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Encuentro</w:t>
            </w:r>
          </w:p>
        </w:tc>
        <w:tc>
          <w:tcPr>
            <w:tcW w:w="3118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Fecha</w:t>
            </w:r>
          </w:p>
        </w:tc>
        <w:tc>
          <w:tcPr>
            <w:tcW w:w="4705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Tema del encuentro</w:t>
            </w:r>
          </w:p>
        </w:tc>
        <w:tc>
          <w:tcPr>
            <w:tcW w:w="4693" w:type="dxa"/>
            <w:shd w:val="clear" w:color="auto" w:fill="D9EAF7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Actividad realizada</w:t>
            </w: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034504" w:rsidRPr="002C5DD9" w:rsidTr="006717B7">
        <w:trPr>
          <w:trHeight w:val="309"/>
          <w:jc w:val="center"/>
        </w:trPr>
        <w:tc>
          <w:tcPr>
            <w:tcW w:w="318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3118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05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93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034504" w:rsidRDefault="00034504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17"/>
        <w:gridCol w:w="2617"/>
        <w:gridCol w:w="2617"/>
        <w:gridCol w:w="2617"/>
        <w:gridCol w:w="2617"/>
        <w:gridCol w:w="2617"/>
      </w:tblGrid>
      <w:tr w:rsidR="00034504" w:rsidRPr="002C5DD9">
        <w:trPr>
          <w:tblHeader/>
          <w:jc w:val="center"/>
        </w:trPr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Nombre y apellidos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26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27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28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b/>
                <w:bCs/>
                <w:sz w:val="14"/>
                <w:szCs w:val="14"/>
              </w:rPr>
              <w:t>Enc. 29</w:t>
            </w: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034504" w:rsidRPr="002C5DD9">
        <w:trPr>
          <w:trHeight w:val="176"/>
          <w:jc w:val="center"/>
        </w:trPr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C5DD9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034504" w:rsidRPr="002C5DD9" w:rsidRDefault="00034504" w:rsidP="002C5DD9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034504" w:rsidRPr="006717B7" w:rsidRDefault="00034504">
      <w:pPr>
        <w:spacing w:before="20" w:after="0"/>
        <w:rPr>
          <w:lang w:val="es-ES"/>
        </w:rPr>
      </w:pPr>
      <w:r w:rsidRPr="006717B7">
        <w:rPr>
          <w:i/>
          <w:iCs/>
          <w:sz w:val="14"/>
          <w:szCs w:val="14"/>
          <w:lang w:val="es-ES"/>
        </w:rPr>
        <w:t>Leyenda sugerida: P = Presente   |   A = Ausente   |   J = Ausencia justificada</w:t>
      </w:r>
    </w:p>
    <w:sectPr w:rsidR="00034504" w:rsidRPr="006717B7" w:rsidSect="00034616"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">
    <w:altName w:val="~??eg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New Roman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8"/>
  </w:num>
  <w:num w:numId="8">
    <w:abstractNumId w:val="6"/>
  </w:num>
  <w:num w:numId="9">
    <w:abstractNumId w:val="5"/>
  </w:num>
  <w:num w:numId="10">
    <w:abstractNumId w:val="7"/>
  </w:num>
  <w:num w:numId="11">
    <w:abstractNumId w:val="3"/>
  </w:num>
  <w:num w:numId="12">
    <w:abstractNumId w:val="2"/>
  </w:num>
  <w:num w:numId="13">
    <w:abstractNumId w:val="8"/>
  </w:num>
  <w:num w:numId="14">
    <w:abstractNumId w:val="6"/>
  </w:num>
  <w:num w:numId="15">
    <w:abstractNumId w:val="5"/>
  </w:num>
  <w:num w:numId="16">
    <w:abstractNumId w:val="4"/>
  </w:num>
  <w:num w:numId="17">
    <w:abstractNumId w:val="7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hyphenationZone w:val="283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7730"/>
    <w:rsid w:val="00014E87"/>
    <w:rsid w:val="00034504"/>
    <w:rsid w:val="00034616"/>
    <w:rsid w:val="0006063C"/>
    <w:rsid w:val="0015074B"/>
    <w:rsid w:val="0029639D"/>
    <w:rsid w:val="002C5DD9"/>
    <w:rsid w:val="00326F90"/>
    <w:rsid w:val="006717B7"/>
    <w:rsid w:val="00954FA7"/>
    <w:rsid w:val="00AA1D8D"/>
    <w:rsid w:val="00B47730"/>
    <w:rsid w:val="00CB0664"/>
    <w:rsid w:val="00F83945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ngs" w:hAnsi="Cambria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FC693F"/>
    <w:pPr>
      <w:spacing w:after="200" w:line="276" w:lineRule="auto"/>
    </w:pPr>
    <w:rPr>
      <w:rFonts w:ascii="Arial" w:hAnsi="Arial" w:cs="Arial"/>
      <w:sz w:val="18"/>
      <w:szCs w:val="18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693F"/>
    <w:pPr>
      <w:keepNext/>
      <w:keepLines/>
      <w:spacing w:before="480" w:after="0"/>
      <w:outlineLvl w:val="0"/>
    </w:pPr>
    <w:rPr>
      <w:rFonts w:ascii="Calibri" w:eastAsia="MS Gothi" w:hAnsi="Calibri" w:cs="Calibr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C693F"/>
    <w:pPr>
      <w:keepNext/>
      <w:keepLines/>
      <w:spacing w:before="200" w:after="0"/>
      <w:outlineLvl w:val="1"/>
    </w:pPr>
    <w:rPr>
      <w:rFonts w:ascii="Calibri" w:eastAsia="MS Gothi" w:hAnsi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C693F"/>
    <w:pPr>
      <w:keepNext/>
      <w:keepLines/>
      <w:spacing w:before="200" w:after="0"/>
      <w:outlineLvl w:val="2"/>
    </w:pPr>
    <w:rPr>
      <w:rFonts w:ascii="Calibri" w:eastAsia="MS Gothi" w:hAnsi="Calibri" w:cs="Calibr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C693F"/>
    <w:pPr>
      <w:keepNext/>
      <w:keepLines/>
      <w:spacing w:before="200" w:after="0"/>
      <w:outlineLvl w:val="3"/>
    </w:pPr>
    <w:rPr>
      <w:rFonts w:ascii="Calibri" w:eastAsia="MS Goth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C693F"/>
    <w:pPr>
      <w:keepNext/>
      <w:keepLines/>
      <w:spacing w:before="200" w:after="0"/>
      <w:outlineLvl w:val="4"/>
    </w:pPr>
    <w:rPr>
      <w:rFonts w:ascii="Calibri" w:eastAsia="MS Gothi" w:hAnsi="Calibri" w:cs="Calibri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C693F"/>
    <w:pPr>
      <w:keepNext/>
      <w:keepLines/>
      <w:spacing w:before="200" w:after="0"/>
      <w:outlineLvl w:val="5"/>
    </w:pPr>
    <w:rPr>
      <w:rFonts w:ascii="Calibri" w:eastAsia="MS Gothi" w:hAnsi="Calibri" w:cs="Calibr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C693F"/>
    <w:pPr>
      <w:keepNext/>
      <w:keepLines/>
      <w:spacing w:before="200" w:after="0"/>
      <w:outlineLvl w:val="6"/>
    </w:pPr>
    <w:rPr>
      <w:rFonts w:ascii="Calibri" w:eastAsia="MS Gothi" w:hAnsi="Calibri" w:cs="Calibr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C693F"/>
    <w:pPr>
      <w:keepNext/>
      <w:keepLines/>
      <w:spacing w:before="200" w:after="0"/>
      <w:outlineLvl w:val="7"/>
    </w:pPr>
    <w:rPr>
      <w:rFonts w:ascii="Calibri" w:eastAsia="MS Gothi" w:hAnsi="Calibri" w:cs="Calibri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C693F"/>
    <w:pPr>
      <w:keepNext/>
      <w:keepLines/>
      <w:spacing w:before="200" w:after="0"/>
      <w:outlineLvl w:val="8"/>
    </w:pPr>
    <w:rPr>
      <w:rFonts w:ascii="Calibri" w:eastAsia="MS Gothi" w:hAnsi="Calibri" w:cs="Calibri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693F"/>
    <w:rPr>
      <w:rFonts w:ascii="Calibri" w:eastAsia="MS Gothi" w:hAnsi="Calibri" w:cs="Calibr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C693F"/>
    <w:rPr>
      <w:rFonts w:ascii="Calibri" w:eastAsia="MS Gothi" w:hAnsi="Calibri" w:cs="Calibr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C693F"/>
    <w:rPr>
      <w:rFonts w:ascii="Calibri" w:eastAsia="MS Gothi" w:hAnsi="Calibri" w:cs="Calibr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C693F"/>
    <w:rPr>
      <w:rFonts w:ascii="Calibri" w:eastAsia="MS Gothi" w:hAnsi="Calibri" w:cs="Calibri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C693F"/>
    <w:rPr>
      <w:rFonts w:ascii="Calibri" w:eastAsia="MS Gothi" w:hAnsi="Calibri" w:cs="Calibri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C693F"/>
    <w:rPr>
      <w:rFonts w:ascii="Calibri" w:eastAsia="MS Gothi" w:hAnsi="Calibri" w:cs="Calibri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C693F"/>
    <w:rPr>
      <w:rFonts w:ascii="Calibri" w:eastAsia="MS Gothi" w:hAnsi="Calibri" w:cs="Calibri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C693F"/>
    <w:rPr>
      <w:rFonts w:ascii="Calibri" w:eastAsia="MS Gothi" w:hAnsi="Calibri" w:cs="Calibri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C693F"/>
    <w:rPr>
      <w:rFonts w:ascii="Calibri" w:eastAsia="MS Gothi" w:hAnsi="Calibri" w:cs="Calibri"/>
      <w:i/>
      <w:iCs/>
      <w:color w:val="404040"/>
      <w:sz w:val="20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</w:style>
  <w:style w:type="paragraph" w:styleId="NoSpacing">
    <w:name w:val="No Spacing"/>
    <w:uiPriority w:val="99"/>
    <w:qFormat/>
    <w:rsid w:val="00FC693F"/>
    <w:rPr>
      <w:rFonts w:cs="Cambria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FC693F"/>
    <w:pPr>
      <w:pBdr>
        <w:bottom w:val="single" w:sz="8" w:space="4" w:color="4F81BD"/>
      </w:pBdr>
      <w:spacing w:after="300" w:line="240" w:lineRule="auto"/>
    </w:pPr>
    <w:rPr>
      <w:rFonts w:ascii="Calibri" w:eastAsia="MS Gothi" w:hAnsi="Calibri" w:cs="Calibr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FC693F"/>
    <w:rPr>
      <w:rFonts w:ascii="Calibri" w:eastAsia="MS Gothi" w:hAnsi="Calibri" w:cs="Calibr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FC693F"/>
    <w:pPr>
      <w:numPr>
        <w:ilvl w:val="1"/>
      </w:numPr>
    </w:pPr>
    <w:rPr>
      <w:rFonts w:ascii="Calibri" w:eastAsia="MS Gothi" w:hAnsi="Calibri" w:cs="Calibr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C693F"/>
    <w:rPr>
      <w:rFonts w:ascii="Calibri" w:eastAsia="MS Gothi" w:hAnsi="Calibri" w:cs="Calibri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uiPriority w:val="99"/>
    <w:qFormat/>
    <w:rsid w:val="00FC693F"/>
    <w:pPr>
      <w:ind w:left="720"/>
    </w:pPr>
  </w:style>
  <w:style w:type="paragraph" w:styleId="BodyText">
    <w:name w:val="Body Text"/>
    <w:basedOn w:val="Normal"/>
    <w:link w:val="BodyTextChar"/>
    <w:uiPriority w:val="99"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AA1D8D"/>
  </w:style>
  <w:style w:type="paragraph" w:styleId="BodyText2">
    <w:name w:val="Body Text 2"/>
    <w:basedOn w:val="Normal"/>
    <w:link w:val="BodyText2Char"/>
    <w:uiPriority w:val="99"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AA1D8D"/>
  </w:style>
  <w:style w:type="paragraph" w:styleId="BodyText3">
    <w:name w:val="Body Text 3"/>
    <w:basedOn w:val="Normal"/>
    <w:link w:val="BodyText3Char"/>
    <w:uiPriority w:val="99"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1D8D"/>
    <w:rPr>
      <w:sz w:val="16"/>
      <w:szCs w:val="16"/>
    </w:rPr>
  </w:style>
  <w:style w:type="paragraph" w:styleId="List">
    <w:name w:val="List"/>
    <w:basedOn w:val="Normal"/>
    <w:uiPriority w:val="99"/>
    <w:rsid w:val="00AA1D8D"/>
    <w:pPr>
      <w:ind w:left="360" w:hanging="360"/>
    </w:pPr>
  </w:style>
  <w:style w:type="paragraph" w:styleId="List2">
    <w:name w:val="List 2"/>
    <w:basedOn w:val="Normal"/>
    <w:uiPriority w:val="99"/>
    <w:rsid w:val="00326F90"/>
    <w:pPr>
      <w:ind w:left="720" w:hanging="360"/>
    </w:pPr>
  </w:style>
  <w:style w:type="paragraph" w:styleId="List3">
    <w:name w:val="List 3"/>
    <w:basedOn w:val="Normal"/>
    <w:uiPriority w:val="99"/>
    <w:rsid w:val="00326F90"/>
    <w:pPr>
      <w:ind w:left="1080" w:hanging="360"/>
    </w:pPr>
  </w:style>
  <w:style w:type="paragraph" w:styleId="ListBullet">
    <w:name w:val="List Bullet"/>
    <w:basedOn w:val="Normal"/>
    <w:uiPriority w:val="99"/>
    <w:rsid w:val="00326F90"/>
    <w:pPr>
      <w:numPr>
        <w:numId w:val="7"/>
      </w:numPr>
    </w:pPr>
  </w:style>
  <w:style w:type="paragraph" w:styleId="ListBullet2">
    <w:name w:val="List Bullet 2"/>
    <w:basedOn w:val="Normal"/>
    <w:uiPriority w:val="99"/>
    <w:rsid w:val="00326F90"/>
    <w:pPr>
      <w:numPr>
        <w:numId w:val="8"/>
      </w:numPr>
    </w:pPr>
  </w:style>
  <w:style w:type="paragraph" w:styleId="ListBullet3">
    <w:name w:val="List Bullet 3"/>
    <w:basedOn w:val="Normal"/>
    <w:uiPriority w:val="99"/>
    <w:rsid w:val="00326F90"/>
    <w:pPr>
      <w:numPr>
        <w:numId w:val="9"/>
      </w:numPr>
    </w:pPr>
  </w:style>
  <w:style w:type="paragraph" w:styleId="ListNumber">
    <w:name w:val="List Number"/>
    <w:basedOn w:val="Normal"/>
    <w:uiPriority w:val="99"/>
    <w:rsid w:val="00326F90"/>
    <w:pPr>
      <w:numPr>
        <w:numId w:val="11"/>
      </w:numPr>
      <w:tabs>
        <w:tab w:val="clear" w:pos="720"/>
        <w:tab w:val="num" w:pos="360"/>
      </w:tabs>
      <w:ind w:left="360"/>
    </w:pPr>
  </w:style>
  <w:style w:type="paragraph" w:styleId="ListNumber2">
    <w:name w:val="List Number 2"/>
    <w:basedOn w:val="Normal"/>
    <w:uiPriority w:val="99"/>
    <w:rsid w:val="0029639D"/>
    <w:pPr>
      <w:numPr>
        <w:numId w:val="12"/>
      </w:numPr>
      <w:tabs>
        <w:tab w:val="clear" w:pos="1080"/>
        <w:tab w:val="num" w:pos="720"/>
      </w:tabs>
      <w:ind w:left="720"/>
    </w:pPr>
  </w:style>
  <w:style w:type="paragraph" w:styleId="ListNumber3">
    <w:name w:val="List Number 3"/>
    <w:basedOn w:val="Normal"/>
    <w:uiPriority w:val="99"/>
    <w:rsid w:val="0029639D"/>
    <w:pPr>
      <w:numPr>
        <w:numId w:val="13"/>
      </w:numPr>
      <w:tabs>
        <w:tab w:val="clear" w:pos="360"/>
        <w:tab w:val="num" w:pos="1080"/>
      </w:tabs>
      <w:ind w:left="1080"/>
    </w:pPr>
  </w:style>
  <w:style w:type="paragraph" w:styleId="ListContinue">
    <w:name w:val="List Continue"/>
    <w:basedOn w:val="Normal"/>
    <w:uiPriority w:val="99"/>
    <w:rsid w:val="0029639D"/>
    <w:pPr>
      <w:spacing w:after="120"/>
      <w:ind w:left="360"/>
    </w:pPr>
  </w:style>
  <w:style w:type="paragraph" w:styleId="ListContinue2">
    <w:name w:val="List Continue 2"/>
    <w:basedOn w:val="Normal"/>
    <w:uiPriority w:val="99"/>
    <w:rsid w:val="0029639D"/>
    <w:pPr>
      <w:spacing w:after="120"/>
      <w:ind w:left="720"/>
    </w:pPr>
  </w:style>
  <w:style w:type="paragraph" w:styleId="ListContinue3">
    <w:name w:val="List Continue 3"/>
    <w:basedOn w:val="Normal"/>
    <w:uiPriority w:val="99"/>
    <w:rsid w:val="0029639D"/>
    <w:pPr>
      <w:spacing w:after="120"/>
      <w:ind w:left="1080"/>
    </w:pPr>
  </w:style>
  <w:style w:type="paragraph" w:styleId="MacroText">
    <w:name w:val="macro"/>
    <w:link w:val="MacroTextChar"/>
    <w:uiPriority w:val="99"/>
    <w:semiHidden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cs="Courier"/>
      <w:sz w:val="20"/>
      <w:szCs w:val="20"/>
      <w:lang w:val="en-US" w:eastAsia="en-US"/>
    </w:rPr>
  </w:style>
  <w:style w:type="character" w:customStyle="1" w:styleId="MacroTextChar">
    <w:name w:val="Macro Text Char"/>
    <w:basedOn w:val="DefaultParagraphFont"/>
    <w:link w:val="MacroText"/>
    <w:uiPriority w:val="99"/>
    <w:locked/>
    <w:rsid w:val="0029639D"/>
    <w:rPr>
      <w:rFonts w:ascii="Courier" w:hAnsi="Courier" w:cs="Courier"/>
      <w:lang w:val="en-US"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FC693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99"/>
    <w:locked/>
    <w:rsid w:val="00FC693F"/>
    <w:rPr>
      <w:rFonts w:cs="Times New Roman"/>
      <w:i/>
      <w:iCs/>
      <w:color w:val="000000"/>
    </w:rPr>
  </w:style>
  <w:style w:type="paragraph" w:styleId="Caption">
    <w:name w:val="caption"/>
    <w:basedOn w:val="Normal"/>
    <w:next w:val="Normal"/>
    <w:uiPriority w:val="99"/>
    <w:qFormat/>
    <w:rsid w:val="00FC693F"/>
    <w:pPr>
      <w:spacing w:line="240" w:lineRule="auto"/>
    </w:pPr>
    <w:rPr>
      <w:b/>
      <w:bCs/>
      <w:color w:val="4F81BD"/>
    </w:rPr>
  </w:style>
  <w:style w:type="character" w:styleId="Strong">
    <w:name w:val="Strong"/>
    <w:basedOn w:val="DefaultParagraphFont"/>
    <w:uiPriority w:val="99"/>
    <w:qFormat/>
    <w:rsid w:val="00FC693F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FC693F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C693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C693F"/>
    <w:rPr>
      <w:rFonts w:cs="Times New Roman"/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99"/>
    <w:qFormat/>
    <w:rsid w:val="00FC693F"/>
    <w:rPr>
      <w:rFonts w:cs="Times New Roman"/>
      <w:i/>
      <w:iCs/>
      <w:color w:val="808080"/>
    </w:rPr>
  </w:style>
  <w:style w:type="character" w:styleId="IntenseEmphasis">
    <w:name w:val="Intense Emphasis"/>
    <w:basedOn w:val="DefaultParagraphFont"/>
    <w:uiPriority w:val="99"/>
    <w:qFormat/>
    <w:rsid w:val="00FC693F"/>
    <w:rPr>
      <w:rFonts w:cs="Times New Roman"/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99"/>
    <w:qFormat/>
    <w:rsid w:val="00FC693F"/>
    <w:rPr>
      <w:rFonts w:cs="Times New Roman"/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99"/>
    <w:qFormat/>
    <w:rsid w:val="00FC693F"/>
    <w:rPr>
      <w:rFonts w:cs="Times New Roman"/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FC693F"/>
    <w:rPr>
      <w:rFonts w:cs="Times New Roman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FC693F"/>
    <w:pPr>
      <w:outlineLvl w:val="9"/>
    </w:pPr>
  </w:style>
  <w:style w:type="table" w:styleId="TableGrid">
    <w:name w:val="Table Grid"/>
    <w:basedOn w:val="TableNormal"/>
    <w:uiPriority w:val="99"/>
    <w:rsid w:val="00FC693F"/>
    <w:rPr>
      <w:rFonts w:cs="Cambr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99"/>
    <w:rsid w:val="00FC693F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99"/>
    <w:rsid w:val="00FC693F"/>
    <w:rPr>
      <w:rFonts w:cs="Cambria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99"/>
    <w:rsid w:val="00FC693F"/>
    <w:rPr>
      <w:rFonts w:cs="Cambria"/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99"/>
    <w:rsid w:val="00FC693F"/>
    <w:rPr>
      <w:rFonts w:cs="Cambria"/>
      <w:color w:val="76923C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99"/>
    <w:rsid w:val="00FC693F"/>
    <w:rPr>
      <w:rFonts w:cs="Cambria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99"/>
    <w:rsid w:val="00FC693F"/>
    <w:rPr>
      <w:rFonts w:cs="Cambria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99"/>
    <w:rsid w:val="00FC693F"/>
    <w:rPr>
      <w:rFonts w:cs="Cambria"/>
      <w:color w:val="E36C0A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LightList">
    <w:name w:val="Light List"/>
    <w:basedOn w:val="TableNormal"/>
    <w:uiPriority w:val="99"/>
    <w:rsid w:val="00FC693F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99"/>
    <w:rsid w:val="00FC693F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Grid">
    <w:name w:val="Light Grid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MediumShading1">
    <w:name w:val="Medium Shading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DarkList">
    <w:name w:val="Dark List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ColorfulShading">
    <w:name w:val="Colorful Shading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Grid">
    <w:name w:val="Colorful Grid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8</Pages>
  <Words>738</Words>
  <Characters>4210</Characters>
  <Application>Microsoft Office Outlook</Application>
  <DocSecurity>0</DocSecurity>
  <Lines>0</Lines>
  <Paragraphs>0</Paragraphs>
  <ScaleCrop>false</ScaleCrop>
  <Company>Administrator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DE ASISTENCIA - CATEQUESIS</dc:title>
  <dc:subject/>
  <dc:creator>python-docx</dc:creator>
  <cp:keywords/>
  <dc:description>generated by python-docx</dc:description>
  <cp:lastModifiedBy>Administrator</cp:lastModifiedBy>
  <cp:revision>3</cp:revision>
  <dcterms:created xsi:type="dcterms:W3CDTF">2026-09-09T18:01:00Z</dcterms:created>
  <dcterms:modified xsi:type="dcterms:W3CDTF">2026-09-09T18:05:00Z</dcterms:modified>
</cp:coreProperties>
</file>