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4F6" w:rsidRPr="00C937F8" w:rsidRDefault="007954F6">
      <w:pPr>
        <w:spacing w:after="20"/>
        <w:jc w:val="center"/>
        <w:rPr>
          <w:lang w:val="it-IT"/>
        </w:rPr>
      </w:pPr>
      <w:r w:rsidRPr="00C937F8">
        <w:rPr>
          <w:b/>
          <w:bCs/>
          <w:sz w:val="30"/>
          <w:szCs w:val="30"/>
          <w:lang w:val="it-IT"/>
        </w:rPr>
        <w:t>REGISTRO PRESENZE - CATECHISMO</w:t>
      </w:r>
    </w:p>
    <w:p w:rsidR="007954F6" w:rsidRPr="00C937F8" w:rsidRDefault="007954F6">
      <w:pPr>
        <w:spacing w:after="80"/>
        <w:jc w:val="center"/>
        <w:rPr>
          <w:lang w:val="it-IT"/>
        </w:rPr>
      </w:pPr>
      <w:r w:rsidRPr="00C937F8">
        <w:rPr>
          <w:b/>
          <w:bCs/>
          <w:sz w:val="22"/>
          <w:szCs w:val="22"/>
          <w:lang w:val="it-IT"/>
        </w:rPr>
        <w:t>OTTOBRE   |   Anno catechistico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58"/>
        <w:gridCol w:w="3125"/>
        <w:gridCol w:w="4759"/>
        <w:gridCol w:w="4663"/>
      </w:tblGrid>
      <w:tr w:rsidR="007954F6" w:rsidRPr="0029493F" w:rsidTr="00C937F8">
        <w:trPr>
          <w:trHeight w:val="197"/>
          <w:tblHeader/>
          <w:jc w:val="center"/>
        </w:trPr>
        <w:tc>
          <w:tcPr>
            <w:tcW w:w="3158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Incontro</w:t>
            </w:r>
          </w:p>
        </w:tc>
        <w:tc>
          <w:tcPr>
            <w:tcW w:w="3125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4759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Argomento dell'incontro</w:t>
            </w:r>
          </w:p>
        </w:tc>
        <w:tc>
          <w:tcPr>
            <w:tcW w:w="4663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Attività svolta</w:t>
            </w:r>
          </w:p>
        </w:tc>
      </w:tr>
      <w:tr w:rsidR="007954F6" w:rsidRPr="0029493F" w:rsidTr="00C937F8">
        <w:trPr>
          <w:trHeight w:val="326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26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26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26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7954F6" w:rsidRDefault="007954F6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7954F6" w:rsidRPr="0029493F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Nome e cognome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3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4</w:t>
            </w: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7954F6" w:rsidRPr="00C937F8" w:rsidRDefault="007954F6">
      <w:pPr>
        <w:spacing w:before="20" w:after="0"/>
        <w:rPr>
          <w:lang w:val="it-IT"/>
        </w:rPr>
      </w:pPr>
      <w:r w:rsidRPr="00C937F8">
        <w:rPr>
          <w:i/>
          <w:iCs/>
          <w:sz w:val="14"/>
          <w:szCs w:val="14"/>
          <w:lang w:val="it-IT"/>
        </w:rPr>
        <w:t>Legenda suggerita: P = Presente   |   A = Assente   |   G = Assenza giustificata</w:t>
      </w:r>
    </w:p>
    <w:p w:rsidR="007954F6" w:rsidRPr="00C937F8" w:rsidRDefault="007954F6">
      <w:pPr>
        <w:rPr>
          <w:lang w:val="it-IT"/>
        </w:rPr>
      </w:pPr>
      <w:r w:rsidRPr="00C937F8">
        <w:rPr>
          <w:lang w:val="it-IT"/>
        </w:rPr>
        <w:br w:type="page"/>
      </w:r>
    </w:p>
    <w:p w:rsidR="007954F6" w:rsidRPr="00C937F8" w:rsidRDefault="007954F6">
      <w:pPr>
        <w:spacing w:after="20"/>
        <w:jc w:val="center"/>
        <w:rPr>
          <w:lang w:val="it-IT"/>
        </w:rPr>
      </w:pPr>
      <w:r w:rsidRPr="00C937F8">
        <w:rPr>
          <w:b/>
          <w:bCs/>
          <w:sz w:val="30"/>
          <w:szCs w:val="30"/>
          <w:lang w:val="it-IT"/>
        </w:rPr>
        <w:t>REGISTRO PRESENZE - CATECHISMO</w:t>
      </w:r>
    </w:p>
    <w:p w:rsidR="007954F6" w:rsidRPr="00C937F8" w:rsidRDefault="007954F6">
      <w:pPr>
        <w:spacing w:after="80"/>
        <w:jc w:val="center"/>
        <w:rPr>
          <w:lang w:val="it-IT"/>
        </w:rPr>
      </w:pPr>
      <w:r w:rsidRPr="00C937F8">
        <w:rPr>
          <w:b/>
          <w:bCs/>
          <w:sz w:val="22"/>
          <w:szCs w:val="22"/>
          <w:lang w:val="it-IT"/>
        </w:rPr>
        <w:t>NOVEMBRE   |   Anno catechistico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73"/>
        <w:gridCol w:w="3140"/>
        <w:gridCol w:w="4782"/>
        <w:gridCol w:w="4686"/>
      </w:tblGrid>
      <w:tr w:rsidR="007954F6" w:rsidRPr="0029493F" w:rsidTr="00C937F8">
        <w:trPr>
          <w:trHeight w:val="188"/>
          <w:tblHeader/>
          <w:jc w:val="center"/>
        </w:trPr>
        <w:tc>
          <w:tcPr>
            <w:tcW w:w="3173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Incontro</w:t>
            </w:r>
          </w:p>
        </w:tc>
        <w:tc>
          <w:tcPr>
            <w:tcW w:w="3140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4782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Argomento dell'incontro</w:t>
            </w:r>
          </w:p>
        </w:tc>
        <w:tc>
          <w:tcPr>
            <w:tcW w:w="4686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Attività svolta</w:t>
            </w:r>
          </w:p>
        </w:tc>
      </w:tr>
      <w:tr w:rsidR="007954F6" w:rsidRPr="0029493F" w:rsidTr="00C937F8">
        <w:trPr>
          <w:trHeight w:val="312"/>
          <w:jc w:val="center"/>
        </w:trPr>
        <w:tc>
          <w:tcPr>
            <w:tcW w:w="317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140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82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86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12"/>
          <w:jc w:val="center"/>
        </w:trPr>
        <w:tc>
          <w:tcPr>
            <w:tcW w:w="317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140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82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86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12"/>
          <w:jc w:val="center"/>
        </w:trPr>
        <w:tc>
          <w:tcPr>
            <w:tcW w:w="317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140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82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86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12"/>
          <w:jc w:val="center"/>
        </w:trPr>
        <w:tc>
          <w:tcPr>
            <w:tcW w:w="317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140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82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86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7954F6" w:rsidRDefault="007954F6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7954F6" w:rsidRPr="0029493F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Nome e cognome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5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6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7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8</w:t>
            </w: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7954F6" w:rsidRPr="00C937F8" w:rsidRDefault="007954F6">
      <w:pPr>
        <w:spacing w:before="20" w:after="0"/>
        <w:rPr>
          <w:lang w:val="it-IT"/>
        </w:rPr>
      </w:pPr>
      <w:r w:rsidRPr="00C937F8">
        <w:rPr>
          <w:i/>
          <w:iCs/>
          <w:sz w:val="14"/>
          <w:szCs w:val="14"/>
          <w:lang w:val="it-IT"/>
        </w:rPr>
        <w:t>Legenda suggerita: P = Presente   |   A = Assente   |   G = Assenza giustificata</w:t>
      </w:r>
    </w:p>
    <w:p w:rsidR="007954F6" w:rsidRPr="00C937F8" w:rsidRDefault="007954F6">
      <w:pPr>
        <w:rPr>
          <w:lang w:val="it-IT"/>
        </w:rPr>
      </w:pPr>
      <w:r w:rsidRPr="00C937F8">
        <w:rPr>
          <w:lang w:val="it-IT"/>
        </w:rPr>
        <w:br w:type="page"/>
      </w:r>
    </w:p>
    <w:p w:rsidR="007954F6" w:rsidRPr="00C937F8" w:rsidRDefault="007954F6">
      <w:pPr>
        <w:spacing w:after="20"/>
        <w:jc w:val="center"/>
        <w:rPr>
          <w:lang w:val="it-IT"/>
        </w:rPr>
      </w:pPr>
      <w:r w:rsidRPr="00C937F8">
        <w:rPr>
          <w:b/>
          <w:bCs/>
          <w:sz w:val="30"/>
          <w:szCs w:val="30"/>
          <w:lang w:val="it-IT"/>
        </w:rPr>
        <w:t>REGISTRO PRESENZE - CATECHISMO</w:t>
      </w:r>
    </w:p>
    <w:p w:rsidR="007954F6" w:rsidRPr="00C937F8" w:rsidRDefault="007954F6">
      <w:pPr>
        <w:spacing w:after="80"/>
        <w:jc w:val="center"/>
        <w:rPr>
          <w:lang w:val="it-IT"/>
        </w:rPr>
      </w:pPr>
      <w:r w:rsidRPr="00C937F8">
        <w:rPr>
          <w:b/>
          <w:bCs/>
          <w:sz w:val="22"/>
          <w:szCs w:val="22"/>
          <w:lang w:val="it-IT"/>
        </w:rPr>
        <w:t>DICEMBRE   |   Anno catechistico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58"/>
        <w:gridCol w:w="3125"/>
        <w:gridCol w:w="4759"/>
        <w:gridCol w:w="4663"/>
      </w:tblGrid>
      <w:tr w:rsidR="007954F6" w:rsidRPr="0029493F" w:rsidTr="00C937F8">
        <w:trPr>
          <w:trHeight w:val="210"/>
          <w:tblHeader/>
          <w:jc w:val="center"/>
        </w:trPr>
        <w:tc>
          <w:tcPr>
            <w:tcW w:w="3158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Incontro</w:t>
            </w:r>
          </w:p>
        </w:tc>
        <w:tc>
          <w:tcPr>
            <w:tcW w:w="3125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4759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Argomento dell'incontro</w:t>
            </w:r>
          </w:p>
        </w:tc>
        <w:tc>
          <w:tcPr>
            <w:tcW w:w="4663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Attività svolta</w:t>
            </w:r>
          </w:p>
        </w:tc>
      </w:tr>
      <w:tr w:rsidR="007954F6" w:rsidRPr="0029493F" w:rsidTr="00C937F8">
        <w:trPr>
          <w:trHeight w:val="34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4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4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7954F6" w:rsidRDefault="007954F6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41"/>
        <w:gridCol w:w="3141"/>
        <w:gridCol w:w="3141"/>
        <w:gridCol w:w="3141"/>
        <w:gridCol w:w="3141"/>
      </w:tblGrid>
      <w:tr w:rsidR="007954F6" w:rsidRPr="0029493F">
        <w:trPr>
          <w:tblHeader/>
          <w:jc w:val="center"/>
        </w:trPr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Nome e cognome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9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10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11</w:t>
            </w: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7954F6" w:rsidRPr="00C937F8" w:rsidRDefault="007954F6">
      <w:pPr>
        <w:spacing w:before="20" w:after="0"/>
        <w:rPr>
          <w:lang w:val="it-IT"/>
        </w:rPr>
      </w:pPr>
      <w:r w:rsidRPr="00C937F8">
        <w:rPr>
          <w:i/>
          <w:iCs/>
          <w:sz w:val="14"/>
          <w:szCs w:val="14"/>
          <w:lang w:val="it-IT"/>
        </w:rPr>
        <w:t>Legenda suggerita: P = Presente   |   A = Assente   |   G = Assenza giustificata</w:t>
      </w:r>
    </w:p>
    <w:p w:rsidR="007954F6" w:rsidRPr="00C937F8" w:rsidRDefault="007954F6">
      <w:pPr>
        <w:rPr>
          <w:lang w:val="it-IT"/>
        </w:rPr>
      </w:pPr>
      <w:r w:rsidRPr="00C937F8">
        <w:rPr>
          <w:lang w:val="it-IT"/>
        </w:rPr>
        <w:br w:type="page"/>
      </w:r>
    </w:p>
    <w:p w:rsidR="007954F6" w:rsidRPr="00C937F8" w:rsidRDefault="007954F6">
      <w:pPr>
        <w:spacing w:after="20"/>
        <w:jc w:val="center"/>
        <w:rPr>
          <w:lang w:val="it-IT"/>
        </w:rPr>
      </w:pPr>
      <w:r w:rsidRPr="00C937F8">
        <w:rPr>
          <w:b/>
          <w:bCs/>
          <w:sz w:val="30"/>
          <w:szCs w:val="30"/>
          <w:lang w:val="it-IT"/>
        </w:rPr>
        <w:t>REGISTRO PRESENZE - CATECHISMO</w:t>
      </w:r>
    </w:p>
    <w:p w:rsidR="007954F6" w:rsidRPr="00C937F8" w:rsidRDefault="007954F6">
      <w:pPr>
        <w:spacing w:after="80"/>
        <w:jc w:val="center"/>
        <w:rPr>
          <w:lang w:val="it-IT"/>
        </w:rPr>
      </w:pPr>
      <w:r w:rsidRPr="00C937F8">
        <w:rPr>
          <w:b/>
          <w:bCs/>
          <w:sz w:val="22"/>
          <w:szCs w:val="22"/>
          <w:lang w:val="it-IT"/>
        </w:rPr>
        <w:t>GENNAIO   |   Anno catechistico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58"/>
        <w:gridCol w:w="3125"/>
        <w:gridCol w:w="4759"/>
        <w:gridCol w:w="4663"/>
      </w:tblGrid>
      <w:tr w:rsidR="007954F6" w:rsidRPr="0029493F" w:rsidTr="00C937F8">
        <w:trPr>
          <w:trHeight w:val="210"/>
          <w:tblHeader/>
          <w:jc w:val="center"/>
        </w:trPr>
        <w:tc>
          <w:tcPr>
            <w:tcW w:w="3158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Incontro</w:t>
            </w:r>
          </w:p>
        </w:tc>
        <w:tc>
          <w:tcPr>
            <w:tcW w:w="3125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4759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Argomento dell'incontro</w:t>
            </w:r>
          </w:p>
        </w:tc>
        <w:tc>
          <w:tcPr>
            <w:tcW w:w="4663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Attività svolta</w:t>
            </w:r>
          </w:p>
        </w:tc>
      </w:tr>
      <w:tr w:rsidR="007954F6" w:rsidRPr="0029493F" w:rsidTr="00C937F8">
        <w:trPr>
          <w:trHeight w:val="34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4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4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7954F6" w:rsidRDefault="007954F6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41"/>
        <w:gridCol w:w="3141"/>
        <w:gridCol w:w="3141"/>
        <w:gridCol w:w="3141"/>
        <w:gridCol w:w="3141"/>
      </w:tblGrid>
      <w:tr w:rsidR="007954F6" w:rsidRPr="0029493F">
        <w:trPr>
          <w:tblHeader/>
          <w:jc w:val="center"/>
        </w:trPr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Nome e cognome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12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13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14</w:t>
            </w: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7954F6" w:rsidRPr="00C937F8" w:rsidRDefault="007954F6">
      <w:pPr>
        <w:spacing w:before="20" w:after="0"/>
        <w:rPr>
          <w:lang w:val="it-IT"/>
        </w:rPr>
      </w:pPr>
      <w:r w:rsidRPr="00C937F8">
        <w:rPr>
          <w:i/>
          <w:iCs/>
          <w:sz w:val="14"/>
          <w:szCs w:val="14"/>
          <w:lang w:val="it-IT"/>
        </w:rPr>
        <w:t>Legenda suggerita: P = Presente   |   A = Assente   |   G = Assenza giustificata</w:t>
      </w:r>
    </w:p>
    <w:p w:rsidR="007954F6" w:rsidRPr="00C937F8" w:rsidRDefault="007954F6">
      <w:pPr>
        <w:rPr>
          <w:lang w:val="it-IT"/>
        </w:rPr>
      </w:pPr>
      <w:r w:rsidRPr="00C937F8">
        <w:rPr>
          <w:lang w:val="it-IT"/>
        </w:rPr>
        <w:br w:type="page"/>
      </w:r>
    </w:p>
    <w:p w:rsidR="007954F6" w:rsidRPr="00C937F8" w:rsidRDefault="007954F6">
      <w:pPr>
        <w:spacing w:after="20"/>
        <w:jc w:val="center"/>
        <w:rPr>
          <w:lang w:val="it-IT"/>
        </w:rPr>
      </w:pPr>
      <w:r w:rsidRPr="00C937F8">
        <w:rPr>
          <w:b/>
          <w:bCs/>
          <w:sz w:val="30"/>
          <w:szCs w:val="30"/>
          <w:lang w:val="it-IT"/>
        </w:rPr>
        <w:t>REGISTRO PRESENZE - CATECHISMO</w:t>
      </w:r>
    </w:p>
    <w:p w:rsidR="007954F6" w:rsidRPr="00C937F8" w:rsidRDefault="007954F6">
      <w:pPr>
        <w:spacing w:after="80"/>
        <w:jc w:val="center"/>
        <w:rPr>
          <w:lang w:val="it-IT"/>
        </w:rPr>
      </w:pPr>
      <w:r w:rsidRPr="00C937F8">
        <w:rPr>
          <w:b/>
          <w:bCs/>
          <w:sz w:val="22"/>
          <w:szCs w:val="22"/>
          <w:lang w:val="it-IT"/>
        </w:rPr>
        <w:t>FEBBRAIO   |   Anno catechistico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58"/>
        <w:gridCol w:w="3125"/>
        <w:gridCol w:w="4759"/>
        <w:gridCol w:w="4663"/>
      </w:tblGrid>
      <w:tr w:rsidR="007954F6" w:rsidRPr="0029493F" w:rsidTr="00C937F8">
        <w:trPr>
          <w:trHeight w:val="186"/>
          <w:tblHeader/>
          <w:jc w:val="center"/>
        </w:trPr>
        <w:tc>
          <w:tcPr>
            <w:tcW w:w="3158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Incontro</w:t>
            </w:r>
          </w:p>
        </w:tc>
        <w:tc>
          <w:tcPr>
            <w:tcW w:w="3125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4759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Argomento dell'incontro</w:t>
            </w:r>
          </w:p>
        </w:tc>
        <w:tc>
          <w:tcPr>
            <w:tcW w:w="4663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Attività svolta</w:t>
            </w: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7954F6" w:rsidRDefault="007954F6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7954F6" w:rsidRPr="0029493F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Nome e cognome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15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16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17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18</w:t>
            </w: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7954F6" w:rsidRPr="00C937F8" w:rsidRDefault="007954F6">
      <w:pPr>
        <w:spacing w:before="20" w:after="0"/>
        <w:rPr>
          <w:lang w:val="it-IT"/>
        </w:rPr>
      </w:pPr>
      <w:r w:rsidRPr="00C937F8">
        <w:rPr>
          <w:i/>
          <w:iCs/>
          <w:sz w:val="14"/>
          <w:szCs w:val="14"/>
          <w:lang w:val="it-IT"/>
        </w:rPr>
        <w:t>Legenda suggerita: P = Presente   |   A = Assente   |   G = Assenza giustificata</w:t>
      </w:r>
    </w:p>
    <w:p w:rsidR="007954F6" w:rsidRPr="00C937F8" w:rsidRDefault="007954F6">
      <w:pPr>
        <w:rPr>
          <w:lang w:val="it-IT"/>
        </w:rPr>
      </w:pPr>
      <w:r w:rsidRPr="00C937F8">
        <w:rPr>
          <w:lang w:val="it-IT"/>
        </w:rPr>
        <w:br w:type="page"/>
      </w:r>
    </w:p>
    <w:p w:rsidR="007954F6" w:rsidRPr="00C937F8" w:rsidRDefault="007954F6">
      <w:pPr>
        <w:spacing w:after="20"/>
        <w:jc w:val="center"/>
        <w:rPr>
          <w:lang w:val="it-IT"/>
        </w:rPr>
      </w:pPr>
      <w:r w:rsidRPr="00C937F8">
        <w:rPr>
          <w:b/>
          <w:bCs/>
          <w:sz w:val="30"/>
          <w:szCs w:val="30"/>
          <w:lang w:val="it-IT"/>
        </w:rPr>
        <w:t>REGISTRO PRESENZE - CATECHISMO</w:t>
      </w:r>
    </w:p>
    <w:p w:rsidR="007954F6" w:rsidRPr="00C937F8" w:rsidRDefault="007954F6">
      <w:pPr>
        <w:spacing w:after="80"/>
        <w:jc w:val="center"/>
        <w:rPr>
          <w:lang w:val="it-IT"/>
        </w:rPr>
      </w:pPr>
      <w:r w:rsidRPr="00C937F8">
        <w:rPr>
          <w:b/>
          <w:bCs/>
          <w:sz w:val="22"/>
          <w:szCs w:val="22"/>
          <w:lang w:val="it-IT"/>
        </w:rPr>
        <w:t>MARZO   |   Anno catechistico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58"/>
        <w:gridCol w:w="3125"/>
        <w:gridCol w:w="4759"/>
        <w:gridCol w:w="4663"/>
      </w:tblGrid>
      <w:tr w:rsidR="007954F6" w:rsidRPr="0029493F" w:rsidTr="00C937F8">
        <w:trPr>
          <w:trHeight w:val="180"/>
          <w:tblHeader/>
          <w:jc w:val="center"/>
        </w:trPr>
        <w:tc>
          <w:tcPr>
            <w:tcW w:w="3158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Incontro</w:t>
            </w:r>
          </w:p>
        </w:tc>
        <w:tc>
          <w:tcPr>
            <w:tcW w:w="3125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4759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Argomento dell'incontro</w:t>
            </w:r>
          </w:p>
        </w:tc>
        <w:tc>
          <w:tcPr>
            <w:tcW w:w="4663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Attività svolta</w:t>
            </w:r>
          </w:p>
        </w:tc>
      </w:tr>
      <w:tr w:rsidR="007954F6" w:rsidRPr="0029493F" w:rsidTr="00C937F8">
        <w:trPr>
          <w:trHeight w:val="300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0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0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7954F6" w:rsidRDefault="007954F6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41"/>
        <w:gridCol w:w="3141"/>
        <w:gridCol w:w="3141"/>
        <w:gridCol w:w="3141"/>
        <w:gridCol w:w="3141"/>
      </w:tblGrid>
      <w:tr w:rsidR="007954F6" w:rsidRPr="0029493F">
        <w:trPr>
          <w:tblHeader/>
          <w:jc w:val="center"/>
        </w:trPr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Nome e cognome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19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20</w:t>
            </w:r>
          </w:p>
        </w:tc>
        <w:tc>
          <w:tcPr>
            <w:tcW w:w="3141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21</w:t>
            </w: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3141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7954F6" w:rsidRPr="00C937F8" w:rsidRDefault="007954F6">
      <w:pPr>
        <w:spacing w:before="20" w:after="0"/>
        <w:rPr>
          <w:lang w:val="it-IT"/>
        </w:rPr>
      </w:pPr>
      <w:r w:rsidRPr="00C937F8">
        <w:rPr>
          <w:i/>
          <w:iCs/>
          <w:sz w:val="14"/>
          <w:szCs w:val="14"/>
          <w:lang w:val="it-IT"/>
        </w:rPr>
        <w:t>Legenda suggerita: P = Presente   |   A = Assente   |   G = Assenza giustificata</w:t>
      </w:r>
    </w:p>
    <w:p w:rsidR="007954F6" w:rsidRPr="00C937F8" w:rsidRDefault="007954F6">
      <w:pPr>
        <w:rPr>
          <w:lang w:val="it-IT"/>
        </w:rPr>
      </w:pPr>
      <w:r w:rsidRPr="00C937F8">
        <w:rPr>
          <w:lang w:val="it-IT"/>
        </w:rPr>
        <w:br w:type="page"/>
      </w:r>
    </w:p>
    <w:p w:rsidR="007954F6" w:rsidRPr="00C937F8" w:rsidRDefault="007954F6">
      <w:pPr>
        <w:spacing w:after="20"/>
        <w:jc w:val="center"/>
        <w:rPr>
          <w:lang w:val="it-IT"/>
        </w:rPr>
      </w:pPr>
      <w:r w:rsidRPr="00C937F8">
        <w:rPr>
          <w:b/>
          <w:bCs/>
          <w:sz w:val="30"/>
          <w:szCs w:val="30"/>
          <w:lang w:val="it-IT"/>
        </w:rPr>
        <w:t>REGISTRO PRESENZE - CATECHISMO</w:t>
      </w:r>
    </w:p>
    <w:p w:rsidR="007954F6" w:rsidRPr="00C937F8" w:rsidRDefault="007954F6">
      <w:pPr>
        <w:spacing w:after="80"/>
        <w:jc w:val="center"/>
        <w:rPr>
          <w:lang w:val="it-IT"/>
        </w:rPr>
      </w:pPr>
      <w:r w:rsidRPr="00C937F8">
        <w:rPr>
          <w:b/>
          <w:bCs/>
          <w:sz w:val="22"/>
          <w:szCs w:val="22"/>
          <w:lang w:val="it-IT"/>
        </w:rPr>
        <w:t>APRILE   |   Anno catechistico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58"/>
        <w:gridCol w:w="3125"/>
        <w:gridCol w:w="4759"/>
        <w:gridCol w:w="4663"/>
      </w:tblGrid>
      <w:tr w:rsidR="007954F6" w:rsidRPr="0029493F" w:rsidTr="00C937F8">
        <w:trPr>
          <w:trHeight w:val="186"/>
          <w:tblHeader/>
          <w:jc w:val="center"/>
        </w:trPr>
        <w:tc>
          <w:tcPr>
            <w:tcW w:w="3158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Incontro</w:t>
            </w:r>
          </w:p>
        </w:tc>
        <w:tc>
          <w:tcPr>
            <w:tcW w:w="3125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4759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Argomento dell'incontro</w:t>
            </w:r>
          </w:p>
        </w:tc>
        <w:tc>
          <w:tcPr>
            <w:tcW w:w="4663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Attività svolta</w:t>
            </w: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7954F6" w:rsidRDefault="007954F6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7954F6" w:rsidRPr="0029493F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Nome e cognome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22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23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24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25</w:t>
            </w: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7954F6" w:rsidRPr="00C937F8" w:rsidRDefault="007954F6">
      <w:pPr>
        <w:spacing w:before="20" w:after="0"/>
        <w:rPr>
          <w:lang w:val="it-IT"/>
        </w:rPr>
      </w:pPr>
      <w:r w:rsidRPr="00C937F8">
        <w:rPr>
          <w:i/>
          <w:iCs/>
          <w:sz w:val="14"/>
          <w:szCs w:val="14"/>
          <w:lang w:val="it-IT"/>
        </w:rPr>
        <w:t>Legenda suggerita: P = Presente   |   A = Assente   |   G = Assenza giustificata</w:t>
      </w:r>
    </w:p>
    <w:p w:rsidR="007954F6" w:rsidRPr="00C937F8" w:rsidRDefault="007954F6">
      <w:pPr>
        <w:rPr>
          <w:lang w:val="it-IT"/>
        </w:rPr>
      </w:pPr>
      <w:r w:rsidRPr="00C937F8">
        <w:rPr>
          <w:lang w:val="it-IT"/>
        </w:rPr>
        <w:br w:type="page"/>
      </w:r>
    </w:p>
    <w:p w:rsidR="007954F6" w:rsidRPr="00C937F8" w:rsidRDefault="007954F6">
      <w:pPr>
        <w:spacing w:after="20"/>
        <w:jc w:val="center"/>
        <w:rPr>
          <w:lang w:val="it-IT"/>
        </w:rPr>
      </w:pPr>
      <w:r w:rsidRPr="00C937F8">
        <w:rPr>
          <w:b/>
          <w:bCs/>
          <w:sz w:val="30"/>
          <w:szCs w:val="30"/>
          <w:lang w:val="it-IT"/>
        </w:rPr>
        <w:t>REGISTRO PRESENZE - CATECHISMO</w:t>
      </w:r>
    </w:p>
    <w:p w:rsidR="007954F6" w:rsidRPr="00C937F8" w:rsidRDefault="007954F6">
      <w:pPr>
        <w:spacing w:after="80"/>
        <w:jc w:val="center"/>
        <w:rPr>
          <w:lang w:val="it-IT"/>
        </w:rPr>
      </w:pPr>
      <w:r w:rsidRPr="00C937F8">
        <w:rPr>
          <w:b/>
          <w:bCs/>
          <w:sz w:val="22"/>
          <w:szCs w:val="22"/>
          <w:lang w:val="it-IT"/>
        </w:rPr>
        <w:t>MAGGIO   |   Anno catechistico ______ / 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58"/>
        <w:gridCol w:w="3125"/>
        <w:gridCol w:w="4759"/>
        <w:gridCol w:w="4663"/>
      </w:tblGrid>
      <w:tr w:rsidR="007954F6" w:rsidRPr="0029493F" w:rsidTr="00C937F8">
        <w:trPr>
          <w:trHeight w:val="186"/>
          <w:tblHeader/>
          <w:jc w:val="center"/>
        </w:trPr>
        <w:tc>
          <w:tcPr>
            <w:tcW w:w="3158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Incontro</w:t>
            </w:r>
          </w:p>
        </w:tc>
        <w:tc>
          <w:tcPr>
            <w:tcW w:w="3125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4759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Argomento dell'incontro</w:t>
            </w:r>
          </w:p>
        </w:tc>
        <w:tc>
          <w:tcPr>
            <w:tcW w:w="4663" w:type="dxa"/>
            <w:shd w:val="clear" w:color="auto" w:fill="D9EAF7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Attività svolta</w:t>
            </w: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  <w:tr w:rsidR="007954F6" w:rsidRPr="0029493F" w:rsidTr="00C937F8">
        <w:trPr>
          <w:trHeight w:val="309"/>
          <w:jc w:val="center"/>
        </w:trPr>
        <w:tc>
          <w:tcPr>
            <w:tcW w:w="3158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3125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5"/>
                <w:szCs w:val="15"/>
              </w:rPr>
              <w:t>____ / ____ / ______</w:t>
            </w:r>
          </w:p>
        </w:tc>
        <w:tc>
          <w:tcPr>
            <w:tcW w:w="4759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4663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</w:tr>
    </w:tbl>
    <w:p w:rsidR="007954F6" w:rsidRDefault="007954F6">
      <w:pPr>
        <w:spacing w:after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17"/>
        <w:gridCol w:w="2617"/>
        <w:gridCol w:w="2617"/>
        <w:gridCol w:w="2617"/>
        <w:gridCol w:w="2617"/>
        <w:gridCol w:w="2617"/>
      </w:tblGrid>
      <w:tr w:rsidR="007954F6" w:rsidRPr="0029493F">
        <w:trPr>
          <w:tblHeader/>
          <w:jc w:val="center"/>
        </w:trPr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N.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Nome e cognome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26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27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28</w:t>
            </w:r>
          </w:p>
        </w:tc>
        <w:tc>
          <w:tcPr>
            <w:tcW w:w="2617" w:type="dxa"/>
            <w:shd w:val="clear" w:color="auto" w:fill="EAF2F8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b/>
                <w:bCs/>
                <w:sz w:val="14"/>
                <w:szCs w:val="14"/>
              </w:rPr>
              <w:t>Inc. 29</w:t>
            </w: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19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21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22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23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24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25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26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27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28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29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  <w:tr w:rsidR="007954F6" w:rsidRPr="0029493F">
        <w:trPr>
          <w:trHeight w:val="176"/>
          <w:jc w:val="center"/>
        </w:trPr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  <w:r w:rsidRPr="0029493F">
              <w:rPr>
                <w:rFonts w:eastAsia="MS MinNew Roman"/>
                <w:sz w:val="14"/>
                <w:szCs w:val="14"/>
              </w:rPr>
              <w:t>30</w:t>
            </w: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  <w:tc>
          <w:tcPr>
            <w:tcW w:w="2617" w:type="dxa"/>
            <w:vAlign w:val="center"/>
          </w:tcPr>
          <w:p w:rsidR="007954F6" w:rsidRPr="0029493F" w:rsidRDefault="007954F6" w:rsidP="0029493F">
            <w:pPr>
              <w:spacing w:after="0" w:line="240" w:lineRule="auto"/>
              <w:jc w:val="center"/>
              <w:rPr>
                <w:rFonts w:eastAsia="MS MinNew Roman"/>
              </w:rPr>
            </w:pPr>
          </w:p>
        </w:tc>
      </w:tr>
    </w:tbl>
    <w:p w:rsidR="007954F6" w:rsidRPr="00C937F8" w:rsidRDefault="007954F6">
      <w:pPr>
        <w:spacing w:before="20" w:after="0"/>
        <w:rPr>
          <w:lang w:val="it-IT"/>
        </w:rPr>
      </w:pPr>
      <w:r w:rsidRPr="00C937F8">
        <w:rPr>
          <w:i/>
          <w:iCs/>
          <w:sz w:val="14"/>
          <w:szCs w:val="14"/>
          <w:lang w:val="it-IT"/>
        </w:rPr>
        <w:t>Legenda suggerita: P = Presente   |   A = Assente   |   G = Assenza giustificata</w:t>
      </w:r>
    </w:p>
    <w:sectPr w:rsidR="007954F6" w:rsidRPr="00C937F8" w:rsidSect="00034616"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">
    <w:altName w:val="~??eg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New Roman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8"/>
  </w:num>
  <w:num w:numId="8">
    <w:abstractNumId w:val="6"/>
  </w:num>
  <w:num w:numId="9">
    <w:abstractNumId w:val="5"/>
  </w:num>
  <w:num w:numId="10">
    <w:abstractNumId w:val="7"/>
  </w:num>
  <w:num w:numId="11">
    <w:abstractNumId w:val="3"/>
  </w:num>
  <w:num w:numId="12">
    <w:abstractNumId w:val="2"/>
  </w:num>
  <w:num w:numId="13">
    <w:abstractNumId w:val="8"/>
  </w:num>
  <w:num w:numId="14">
    <w:abstractNumId w:val="6"/>
  </w:num>
  <w:num w:numId="15">
    <w:abstractNumId w:val="5"/>
  </w:num>
  <w:num w:numId="16">
    <w:abstractNumId w:val="7"/>
  </w:num>
  <w:num w:numId="17">
    <w:abstractNumId w:val="3"/>
  </w:num>
  <w:num w:numId="18">
    <w:abstractNumId w:val="2"/>
  </w:num>
  <w:num w:numId="19">
    <w:abstractNumId w:val="8"/>
  </w:num>
  <w:num w:numId="20">
    <w:abstractNumId w:val="6"/>
  </w:num>
  <w:num w:numId="21">
    <w:abstractNumId w:val="5"/>
  </w:num>
  <w:num w:numId="22">
    <w:abstractNumId w:val="7"/>
  </w:num>
  <w:num w:numId="23">
    <w:abstractNumId w:val="3"/>
  </w:num>
  <w:num w:numId="24">
    <w:abstractNumId w:val="2"/>
  </w:num>
  <w:num w:numId="25">
    <w:abstractNumId w:val="8"/>
  </w:num>
  <w:num w:numId="26">
    <w:abstractNumId w:val="6"/>
  </w:num>
  <w:num w:numId="27">
    <w:abstractNumId w:val="5"/>
  </w:num>
  <w:num w:numId="28">
    <w:abstractNumId w:val="4"/>
  </w:num>
  <w:num w:numId="29">
    <w:abstractNumId w:val="7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hyphenationZone w:val="283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7730"/>
    <w:rsid w:val="00034616"/>
    <w:rsid w:val="0006063C"/>
    <w:rsid w:val="000A5446"/>
    <w:rsid w:val="0015074B"/>
    <w:rsid w:val="00250E21"/>
    <w:rsid w:val="0029493F"/>
    <w:rsid w:val="0029639D"/>
    <w:rsid w:val="00326F90"/>
    <w:rsid w:val="006308CB"/>
    <w:rsid w:val="007954F6"/>
    <w:rsid w:val="00867D38"/>
    <w:rsid w:val="009002D2"/>
    <w:rsid w:val="00AA1D8D"/>
    <w:rsid w:val="00B47730"/>
    <w:rsid w:val="00C937F8"/>
    <w:rsid w:val="00CB0664"/>
    <w:rsid w:val="00D30EFD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ngs" w:hAnsi="Cambria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FC693F"/>
    <w:pPr>
      <w:spacing w:after="200" w:line="276" w:lineRule="auto"/>
    </w:pPr>
    <w:rPr>
      <w:rFonts w:ascii="Arial" w:hAnsi="Arial" w:cs="Arial"/>
      <w:sz w:val="18"/>
      <w:szCs w:val="18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693F"/>
    <w:pPr>
      <w:keepNext/>
      <w:keepLines/>
      <w:spacing w:before="480" w:after="0"/>
      <w:outlineLvl w:val="0"/>
    </w:pPr>
    <w:rPr>
      <w:rFonts w:ascii="Calibri" w:eastAsia="MS Gothi" w:hAnsi="Calibri" w:cs="Calibr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C693F"/>
    <w:pPr>
      <w:keepNext/>
      <w:keepLines/>
      <w:spacing w:before="200" w:after="0"/>
      <w:outlineLvl w:val="1"/>
    </w:pPr>
    <w:rPr>
      <w:rFonts w:ascii="Calibri" w:eastAsia="MS Goth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C693F"/>
    <w:pPr>
      <w:keepNext/>
      <w:keepLines/>
      <w:spacing w:before="200" w:after="0"/>
      <w:outlineLvl w:val="2"/>
    </w:pPr>
    <w:rPr>
      <w:rFonts w:ascii="Calibri" w:eastAsia="MS Gothi" w:hAnsi="Calibri" w:cs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C693F"/>
    <w:pPr>
      <w:keepNext/>
      <w:keepLines/>
      <w:spacing w:before="200" w:after="0"/>
      <w:outlineLvl w:val="3"/>
    </w:pPr>
    <w:rPr>
      <w:rFonts w:ascii="Calibri" w:eastAsia="MS Goth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C693F"/>
    <w:pPr>
      <w:keepNext/>
      <w:keepLines/>
      <w:spacing w:before="200" w:after="0"/>
      <w:outlineLvl w:val="4"/>
    </w:pPr>
    <w:rPr>
      <w:rFonts w:ascii="Calibri" w:eastAsia="MS Gothi" w:hAnsi="Calibri" w:cs="Calibri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C693F"/>
    <w:pPr>
      <w:keepNext/>
      <w:keepLines/>
      <w:spacing w:before="200" w:after="0"/>
      <w:outlineLvl w:val="5"/>
    </w:pPr>
    <w:rPr>
      <w:rFonts w:ascii="Calibri" w:eastAsia="MS Gothi" w:hAnsi="Calibri" w:cs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C693F"/>
    <w:pPr>
      <w:keepNext/>
      <w:keepLines/>
      <w:spacing w:before="200" w:after="0"/>
      <w:outlineLvl w:val="6"/>
    </w:pPr>
    <w:rPr>
      <w:rFonts w:ascii="Calibri" w:eastAsia="MS Gothi" w:hAnsi="Calibri" w:cs="Calibr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C693F"/>
    <w:pPr>
      <w:keepNext/>
      <w:keepLines/>
      <w:spacing w:before="200" w:after="0"/>
      <w:outlineLvl w:val="7"/>
    </w:pPr>
    <w:rPr>
      <w:rFonts w:ascii="Calibri" w:eastAsia="MS Gothi" w:hAnsi="Calibri" w:cs="Calibri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C693F"/>
    <w:pPr>
      <w:keepNext/>
      <w:keepLines/>
      <w:spacing w:before="200" w:after="0"/>
      <w:outlineLvl w:val="8"/>
    </w:pPr>
    <w:rPr>
      <w:rFonts w:ascii="Calibri" w:eastAsia="MS Gothi" w:hAnsi="Calibri" w:cs="Calibri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693F"/>
    <w:rPr>
      <w:rFonts w:ascii="Calibri" w:eastAsia="MS Gothi" w:hAnsi="Calibri" w:cs="Calibr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C693F"/>
    <w:rPr>
      <w:rFonts w:ascii="Calibri" w:eastAsia="MS Gothi" w:hAnsi="Calibri" w:cs="Calibr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C693F"/>
    <w:rPr>
      <w:rFonts w:ascii="Calibri" w:eastAsia="MS Gothi" w:hAnsi="Calibri" w:cs="Calibr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C693F"/>
    <w:rPr>
      <w:rFonts w:ascii="Calibri" w:eastAsia="MS Gothi" w:hAnsi="Calibri" w:cs="Calibr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C693F"/>
    <w:rPr>
      <w:rFonts w:ascii="Calibri" w:eastAsia="MS Gothi" w:hAnsi="Calibri" w:cs="Calibri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C693F"/>
    <w:rPr>
      <w:rFonts w:ascii="Calibri" w:eastAsia="MS Gothi" w:hAnsi="Calibri" w:cs="Calibr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C693F"/>
    <w:rPr>
      <w:rFonts w:ascii="Calibri" w:eastAsia="MS Gothi" w:hAnsi="Calibri" w:cs="Calibr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C693F"/>
    <w:rPr>
      <w:rFonts w:ascii="Calibri" w:eastAsia="MS Gothi" w:hAnsi="Calibri" w:cs="Calibri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C693F"/>
    <w:rPr>
      <w:rFonts w:ascii="Calibri" w:eastAsia="MS Gothi" w:hAnsi="Calibri" w:cs="Calibri"/>
      <w:i/>
      <w:iCs/>
      <w:color w:val="404040"/>
      <w:sz w:val="20"/>
      <w:szCs w:val="20"/>
    </w:rPr>
  </w:style>
  <w:style w:type="paragraph" w:styleId="Header">
    <w:name w:val="header"/>
    <w:basedOn w:val="Normal"/>
    <w:link w:val="HeaderChar"/>
    <w:uiPriority w:val="99"/>
    <w:rsid w:val="009002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002D2"/>
  </w:style>
  <w:style w:type="paragraph" w:styleId="Footer">
    <w:name w:val="footer"/>
    <w:basedOn w:val="Normal"/>
    <w:link w:val="FooterChar"/>
    <w:uiPriority w:val="99"/>
    <w:rsid w:val="009002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002D2"/>
  </w:style>
  <w:style w:type="paragraph" w:styleId="NoSpacing">
    <w:name w:val="No Spacing"/>
    <w:uiPriority w:val="99"/>
    <w:qFormat/>
    <w:rsid w:val="00FC693F"/>
    <w:rPr>
      <w:rFonts w:cs="Cambria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FC693F"/>
    <w:pPr>
      <w:pBdr>
        <w:bottom w:val="single" w:sz="8" w:space="4" w:color="4F81BD"/>
      </w:pBdr>
      <w:spacing w:after="300" w:line="240" w:lineRule="auto"/>
    </w:pPr>
    <w:rPr>
      <w:rFonts w:ascii="Calibri" w:eastAsia="MS Gothi" w:hAnsi="Calibri" w:cs="Calibr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FC693F"/>
    <w:rPr>
      <w:rFonts w:ascii="Calibri" w:eastAsia="MS Gothi" w:hAnsi="Calibri" w:cs="Calibr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FC693F"/>
    <w:pPr>
      <w:numPr>
        <w:ilvl w:val="1"/>
      </w:numPr>
    </w:pPr>
    <w:rPr>
      <w:rFonts w:ascii="Calibri" w:eastAsia="MS Gothi" w:hAnsi="Calibri" w:cs="Calibr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C693F"/>
    <w:rPr>
      <w:rFonts w:ascii="Calibri" w:eastAsia="MS Gothi" w:hAnsi="Calibri" w:cs="Calibri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uiPriority w:val="99"/>
    <w:qFormat/>
    <w:rsid w:val="00FC693F"/>
    <w:pPr>
      <w:ind w:left="720"/>
    </w:pPr>
  </w:style>
  <w:style w:type="paragraph" w:styleId="BodyText">
    <w:name w:val="Body Text"/>
    <w:basedOn w:val="Normal"/>
    <w:link w:val="BodyTextChar"/>
    <w:uiPriority w:val="99"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AA1D8D"/>
  </w:style>
  <w:style w:type="paragraph" w:styleId="BodyText2">
    <w:name w:val="Body Text 2"/>
    <w:basedOn w:val="Normal"/>
    <w:link w:val="BodyText2Char"/>
    <w:uiPriority w:val="99"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AA1D8D"/>
  </w:style>
  <w:style w:type="paragraph" w:styleId="BodyText3">
    <w:name w:val="Body Text 3"/>
    <w:basedOn w:val="Normal"/>
    <w:link w:val="BodyText3Char"/>
    <w:uiPriority w:val="99"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1D8D"/>
    <w:rPr>
      <w:sz w:val="16"/>
      <w:szCs w:val="16"/>
    </w:rPr>
  </w:style>
  <w:style w:type="paragraph" w:styleId="List">
    <w:name w:val="List"/>
    <w:basedOn w:val="Normal"/>
    <w:uiPriority w:val="99"/>
    <w:rsid w:val="00AA1D8D"/>
    <w:pPr>
      <w:ind w:left="360" w:hanging="360"/>
    </w:pPr>
  </w:style>
  <w:style w:type="paragraph" w:styleId="List2">
    <w:name w:val="List 2"/>
    <w:basedOn w:val="Normal"/>
    <w:uiPriority w:val="99"/>
    <w:rsid w:val="00326F90"/>
    <w:pPr>
      <w:ind w:left="720" w:hanging="360"/>
    </w:pPr>
  </w:style>
  <w:style w:type="paragraph" w:styleId="List3">
    <w:name w:val="List 3"/>
    <w:basedOn w:val="Normal"/>
    <w:uiPriority w:val="99"/>
    <w:rsid w:val="00326F90"/>
    <w:pPr>
      <w:ind w:left="1080" w:hanging="360"/>
    </w:pPr>
  </w:style>
  <w:style w:type="paragraph" w:styleId="ListBullet">
    <w:name w:val="List Bullet"/>
    <w:basedOn w:val="Normal"/>
    <w:uiPriority w:val="99"/>
    <w:rsid w:val="00326F90"/>
    <w:pPr>
      <w:numPr>
        <w:numId w:val="7"/>
      </w:numPr>
    </w:pPr>
  </w:style>
  <w:style w:type="paragraph" w:styleId="ListBullet2">
    <w:name w:val="List Bullet 2"/>
    <w:basedOn w:val="Normal"/>
    <w:uiPriority w:val="99"/>
    <w:rsid w:val="00326F90"/>
    <w:pPr>
      <w:numPr>
        <w:numId w:val="8"/>
      </w:numPr>
    </w:pPr>
  </w:style>
  <w:style w:type="paragraph" w:styleId="ListBullet3">
    <w:name w:val="List Bullet 3"/>
    <w:basedOn w:val="Normal"/>
    <w:uiPriority w:val="99"/>
    <w:rsid w:val="00326F90"/>
    <w:pPr>
      <w:numPr>
        <w:numId w:val="9"/>
      </w:numPr>
    </w:pPr>
  </w:style>
  <w:style w:type="paragraph" w:styleId="ListNumber">
    <w:name w:val="List Number"/>
    <w:basedOn w:val="Normal"/>
    <w:uiPriority w:val="99"/>
    <w:rsid w:val="00326F90"/>
    <w:pPr>
      <w:numPr>
        <w:numId w:val="11"/>
      </w:numPr>
      <w:tabs>
        <w:tab w:val="clear" w:pos="720"/>
        <w:tab w:val="num" w:pos="360"/>
      </w:tabs>
      <w:ind w:left="360"/>
    </w:pPr>
  </w:style>
  <w:style w:type="paragraph" w:styleId="ListNumber2">
    <w:name w:val="List Number 2"/>
    <w:basedOn w:val="Normal"/>
    <w:uiPriority w:val="99"/>
    <w:rsid w:val="0029639D"/>
    <w:pPr>
      <w:numPr>
        <w:numId w:val="12"/>
      </w:numPr>
      <w:tabs>
        <w:tab w:val="clear" w:pos="1080"/>
        <w:tab w:val="num" w:pos="720"/>
      </w:tabs>
      <w:ind w:left="720"/>
    </w:pPr>
  </w:style>
  <w:style w:type="paragraph" w:styleId="ListNumber3">
    <w:name w:val="List Number 3"/>
    <w:basedOn w:val="Normal"/>
    <w:uiPriority w:val="99"/>
    <w:rsid w:val="0029639D"/>
    <w:pPr>
      <w:numPr>
        <w:numId w:val="13"/>
      </w:numPr>
      <w:tabs>
        <w:tab w:val="clear" w:pos="360"/>
        <w:tab w:val="num" w:pos="1080"/>
      </w:tabs>
      <w:ind w:left="1080"/>
    </w:pPr>
  </w:style>
  <w:style w:type="paragraph" w:styleId="ListContinue">
    <w:name w:val="List Continue"/>
    <w:basedOn w:val="Normal"/>
    <w:uiPriority w:val="99"/>
    <w:rsid w:val="0029639D"/>
    <w:pPr>
      <w:spacing w:after="120"/>
      <w:ind w:left="360"/>
    </w:pPr>
  </w:style>
  <w:style w:type="paragraph" w:styleId="ListContinue2">
    <w:name w:val="List Continue 2"/>
    <w:basedOn w:val="Normal"/>
    <w:uiPriority w:val="99"/>
    <w:rsid w:val="0029639D"/>
    <w:pPr>
      <w:spacing w:after="120"/>
      <w:ind w:left="720"/>
    </w:pPr>
  </w:style>
  <w:style w:type="paragraph" w:styleId="ListContinue3">
    <w:name w:val="List Continue 3"/>
    <w:basedOn w:val="Normal"/>
    <w:uiPriority w:val="99"/>
    <w:rsid w:val="0029639D"/>
    <w:pPr>
      <w:spacing w:after="120"/>
      <w:ind w:left="1080"/>
    </w:pPr>
  </w:style>
  <w:style w:type="paragraph" w:styleId="MacroText">
    <w:name w:val="macro"/>
    <w:link w:val="MacroTextChar"/>
    <w:uiPriority w:val="99"/>
    <w:semiHidden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cs="Courier"/>
      <w:sz w:val="20"/>
      <w:szCs w:val="20"/>
      <w:lang w:val="en-US"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29639D"/>
    <w:rPr>
      <w:rFonts w:ascii="Courier" w:hAnsi="Courier" w:cs="Courier"/>
      <w:lang w:val="en-US"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FC693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99"/>
    <w:locked/>
    <w:rsid w:val="00FC693F"/>
    <w:rPr>
      <w:rFonts w:cs="Times New Roman"/>
      <w:i/>
      <w:iCs/>
      <w:color w:val="000000"/>
    </w:rPr>
  </w:style>
  <w:style w:type="paragraph" w:styleId="Caption">
    <w:name w:val="caption"/>
    <w:basedOn w:val="Normal"/>
    <w:next w:val="Normal"/>
    <w:uiPriority w:val="99"/>
    <w:qFormat/>
    <w:rsid w:val="00FC693F"/>
    <w:pPr>
      <w:spacing w:line="240" w:lineRule="auto"/>
    </w:pPr>
    <w:rPr>
      <w:b/>
      <w:bCs/>
      <w:color w:val="4F81BD"/>
    </w:rPr>
  </w:style>
  <w:style w:type="character" w:styleId="Strong">
    <w:name w:val="Strong"/>
    <w:basedOn w:val="DefaultParagraphFont"/>
    <w:uiPriority w:val="99"/>
    <w:qFormat/>
    <w:rsid w:val="00FC693F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FC693F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C693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C693F"/>
    <w:rPr>
      <w:rFonts w:cs="Times New Roman"/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99"/>
    <w:qFormat/>
    <w:rsid w:val="00FC693F"/>
    <w:rPr>
      <w:rFonts w:cs="Times New Roman"/>
      <w:i/>
      <w:iCs/>
      <w:color w:val="808080"/>
    </w:rPr>
  </w:style>
  <w:style w:type="character" w:styleId="IntenseEmphasis">
    <w:name w:val="Intense Emphasis"/>
    <w:basedOn w:val="DefaultParagraphFont"/>
    <w:uiPriority w:val="99"/>
    <w:qFormat/>
    <w:rsid w:val="00FC693F"/>
    <w:rPr>
      <w:rFonts w:cs="Times New Roman"/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FC693F"/>
    <w:rPr>
      <w:rFonts w:cs="Times New Roman"/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99"/>
    <w:qFormat/>
    <w:rsid w:val="00FC693F"/>
    <w:rPr>
      <w:rFonts w:cs="Times New Roman"/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FC693F"/>
    <w:rPr>
      <w:rFonts w:cs="Times New Roman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FC693F"/>
    <w:pPr>
      <w:outlineLvl w:val="9"/>
    </w:pPr>
  </w:style>
  <w:style w:type="table" w:styleId="TableGrid">
    <w:name w:val="Table Grid"/>
    <w:basedOn w:val="TableNormal"/>
    <w:uiPriority w:val="99"/>
    <w:rsid w:val="00FC693F"/>
    <w:rPr>
      <w:rFonts w:cs="Cambr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99"/>
    <w:rsid w:val="00FC693F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99"/>
    <w:rsid w:val="00FC693F"/>
    <w:rPr>
      <w:rFonts w:cs="Cambria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99"/>
    <w:rsid w:val="00FC693F"/>
    <w:rPr>
      <w:rFonts w:cs="Cambria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99"/>
    <w:rsid w:val="00FC693F"/>
    <w:rPr>
      <w:rFonts w:cs="Cambria"/>
      <w:color w:val="76923C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99"/>
    <w:rsid w:val="00FC693F"/>
    <w:rPr>
      <w:rFonts w:cs="Cambria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99"/>
    <w:rsid w:val="00FC693F"/>
    <w:rPr>
      <w:rFonts w:cs="Cambria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99"/>
    <w:rsid w:val="00FC693F"/>
    <w:rPr>
      <w:rFonts w:cs="Cambria"/>
      <w:color w:val="E36C0A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LightList">
    <w:name w:val="Light List"/>
    <w:basedOn w:val="TableNormal"/>
    <w:uiPriority w:val="99"/>
    <w:rsid w:val="00FC693F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99"/>
    <w:rsid w:val="00FC693F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Grid">
    <w:name w:val="Light Grid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libri" w:eastAsia="MS Gothi" w:hAnsi="Calibri" w:cs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" w:hAnsi="Calibri" w:cs="Calibri"/>
        <w:b/>
        <w:bCs/>
      </w:rPr>
    </w:tblStylePr>
    <w:tblStylePr w:type="lastCol">
      <w:rPr>
        <w:rFonts w:ascii="Calibri" w:eastAsia="MS Gothi" w:hAnsi="Calibri" w:cs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MediumShading1">
    <w:name w:val="Medium Shading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" w:hAnsi="Calibri" w:cs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99"/>
    <w:rsid w:val="00CB0664"/>
    <w:rPr>
      <w:rFonts w:ascii="Calibri" w:eastAsia="MS Gothi" w:hAnsi="Calibri"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99"/>
    <w:rsid w:val="00CB0664"/>
    <w:rPr>
      <w:rFonts w:cs="Cambri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DarkList">
    <w:name w:val="Dark List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99"/>
    <w:rsid w:val="00CB0664"/>
    <w:rPr>
      <w:rFonts w:cs="Cambria"/>
      <w:color w:val="FFFFFF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ColorfulShading">
    <w:name w:val="Colorful Shading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Grid">
    <w:name w:val="Colorful Grid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99"/>
    <w:rsid w:val="00CB0664"/>
    <w:rPr>
      <w:rFonts w:cs="Cambria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8</Pages>
  <Words>729</Words>
  <Characters>4159</Characters>
  <Application>Microsoft Office Outlook</Application>
  <DocSecurity>0</DocSecurity>
  <Lines>0</Lines>
  <Paragraphs>0</Paragraphs>
  <ScaleCrop>false</ScaleCrop>
  <Company>Administrator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PRESENZE - CATECHISMO</dc:title>
  <dc:subject/>
  <dc:creator>python-docx</dc:creator>
  <cp:keywords/>
  <dc:description>generated by python-docx</dc:description>
  <cp:lastModifiedBy>Administrator</cp:lastModifiedBy>
  <cp:revision>3</cp:revision>
  <dcterms:created xsi:type="dcterms:W3CDTF">2026-09-09T14:48:00Z</dcterms:created>
  <dcterms:modified xsi:type="dcterms:W3CDTF">2026-09-09T15:07:00Z</dcterms:modified>
</cp:coreProperties>
</file>